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81599F" w14:textId="77777777" w:rsidR="006A2497" w:rsidRPr="0063306C" w:rsidRDefault="005B3F1D" w:rsidP="00E72CE3">
      <w:pPr>
        <w:spacing w:after="0"/>
        <w:jc w:val="center"/>
        <w:rPr>
          <w:rFonts w:ascii="Arial" w:hAnsi="Arial" w:cs="Arial"/>
          <w:b/>
          <w:bCs/>
          <w:sz w:val="19"/>
          <w:szCs w:val="19"/>
        </w:rPr>
      </w:pPr>
      <w:r w:rsidRPr="0063306C">
        <w:rPr>
          <w:rFonts w:ascii="Arial" w:hAnsi="Arial" w:cs="Arial"/>
          <w:b/>
          <w:bCs/>
          <w:sz w:val="19"/>
          <w:szCs w:val="19"/>
        </w:rPr>
        <w:t>West Custer County Hospital District</w:t>
      </w:r>
    </w:p>
    <w:p w14:paraId="7157E753" w14:textId="77777777" w:rsidR="006A2497" w:rsidRPr="0063306C" w:rsidRDefault="005B3F1D" w:rsidP="00E72CE3">
      <w:pPr>
        <w:spacing w:after="0"/>
        <w:jc w:val="center"/>
        <w:rPr>
          <w:rFonts w:ascii="Arial" w:hAnsi="Arial" w:cs="Arial"/>
          <w:b/>
          <w:bCs/>
          <w:sz w:val="19"/>
          <w:szCs w:val="19"/>
        </w:rPr>
      </w:pPr>
      <w:r w:rsidRPr="0063306C">
        <w:rPr>
          <w:rFonts w:ascii="Arial" w:hAnsi="Arial" w:cs="Arial"/>
          <w:b/>
          <w:bCs/>
          <w:sz w:val="19"/>
          <w:szCs w:val="19"/>
        </w:rPr>
        <w:t>Board of Directors Meeting</w:t>
      </w:r>
    </w:p>
    <w:p w14:paraId="54524EB1" w14:textId="1ECAADEE" w:rsidR="006A2497" w:rsidRPr="0063306C" w:rsidRDefault="003B63AA" w:rsidP="00E72CE3">
      <w:pPr>
        <w:spacing w:after="0"/>
        <w:jc w:val="center"/>
        <w:rPr>
          <w:rFonts w:ascii="Arial" w:hAnsi="Arial" w:cs="Arial"/>
          <w:b/>
          <w:bCs/>
          <w:sz w:val="19"/>
          <w:szCs w:val="19"/>
        </w:rPr>
      </w:pPr>
      <w:r w:rsidRPr="0063306C">
        <w:rPr>
          <w:rFonts w:ascii="Arial" w:hAnsi="Arial" w:cs="Arial"/>
          <w:b/>
          <w:bCs/>
          <w:sz w:val="19"/>
          <w:szCs w:val="19"/>
        </w:rPr>
        <w:t>August 27</w:t>
      </w:r>
      <w:r w:rsidR="005B3F1D" w:rsidRPr="0063306C">
        <w:rPr>
          <w:rFonts w:ascii="Arial" w:hAnsi="Arial" w:cs="Arial"/>
          <w:b/>
          <w:bCs/>
          <w:sz w:val="19"/>
          <w:szCs w:val="19"/>
        </w:rPr>
        <w:t>, 2026</w:t>
      </w:r>
    </w:p>
    <w:p w14:paraId="74A1B9BC" w14:textId="77777777" w:rsidR="006A2497" w:rsidRPr="0063306C" w:rsidRDefault="005B3F1D" w:rsidP="00E72CE3">
      <w:pPr>
        <w:spacing w:after="0"/>
        <w:jc w:val="center"/>
        <w:rPr>
          <w:rFonts w:ascii="Arial" w:hAnsi="Arial" w:cs="Arial"/>
          <w:b/>
          <w:bCs/>
          <w:sz w:val="19"/>
          <w:szCs w:val="19"/>
        </w:rPr>
      </w:pPr>
      <w:r w:rsidRPr="0063306C">
        <w:rPr>
          <w:rFonts w:ascii="Arial" w:hAnsi="Arial" w:cs="Arial"/>
          <w:b/>
          <w:bCs/>
          <w:sz w:val="19"/>
          <w:szCs w:val="19"/>
        </w:rPr>
        <w:t>Minutes</w:t>
      </w:r>
    </w:p>
    <w:p w14:paraId="6FFFEFC1" w14:textId="77777777" w:rsidR="00974A80" w:rsidRPr="0063306C" w:rsidRDefault="00974A80" w:rsidP="00E72CE3">
      <w:pPr>
        <w:spacing w:after="0"/>
        <w:jc w:val="center"/>
        <w:rPr>
          <w:rFonts w:ascii="Arial" w:hAnsi="Arial" w:cs="Arial"/>
          <w:b/>
          <w:bCs/>
          <w:sz w:val="18"/>
          <w:szCs w:val="18"/>
        </w:rPr>
      </w:pPr>
    </w:p>
    <w:p w14:paraId="4AE57B30" w14:textId="77777777" w:rsidR="00E72CE3" w:rsidRPr="0063306C" w:rsidRDefault="00E72CE3" w:rsidP="00E72CE3">
      <w:pPr>
        <w:spacing w:after="0"/>
        <w:jc w:val="center"/>
        <w:rPr>
          <w:rFonts w:ascii="Arial" w:hAnsi="Arial" w:cs="Arial"/>
          <w:b/>
          <w:bCs/>
          <w:sz w:val="18"/>
          <w:szCs w:val="18"/>
        </w:rPr>
      </w:pPr>
    </w:p>
    <w:p w14:paraId="78F9D4E0" w14:textId="23C75164" w:rsidR="00903E9F" w:rsidRPr="0063306C" w:rsidRDefault="005B3F1D" w:rsidP="00903E9F">
      <w:pPr>
        <w:spacing w:after="0" w:line="240" w:lineRule="auto"/>
        <w:jc w:val="both"/>
        <w:rPr>
          <w:rFonts w:ascii="Arial" w:hAnsi="Arial" w:cs="Arial"/>
          <w:sz w:val="18"/>
          <w:szCs w:val="18"/>
        </w:rPr>
      </w:pPr>
      <w:r w:rsidRPr="0063306C">
        <w:rPr>
          <w:rFonts w:ascii="Arial" w:hAnsi="Arial" w:cs="Arial"/>
          <w:sz w:val="18"/>
          <w:szCs w:val="18"/>
        </w:rPr>
        <w:t xml:space="preserve">Directors Present: Mr. Terry, </w:t>
      </w:r>
      <w:r w:rsidR="00903E9F" w:rsidRPr="0063306C">
        <w:rPr>
          <w:rFonts w:ascii="Arial" w:hAnsi="Arial" w:cs="Arial"/>
          <w:sz w:val="18"/>
          <w:szCs w:val="18"/>
        </w:rPr>
        <w:t>Mr. Shepard, Ms. McKellip, Ms. Alvarado and Ms. Sullivan</w:t>
      </w:r>
    </w:p>
    <w:p w14:paraId="11579A24" w14:textId="04109C42" w:rsidR="006A2497" w:rsidRPr="0063306C" w:rsidRDefault="00903E9F" w:rsidP="009C4C89">
      <w:pPr>
        <w:spacing w:before="240" w:after="0" w:line="240" w:lineRule="auto"/>
        <w:jc w:val="both"/>
        <w:rPr>
          <w:rFonts w:ascii="Arial" w:hAnsi="Arial" w:cs="Arial"/>
          <w:sz w:val="18"/>
          <w:szCs w:val="18"/>
        </w:rPr>
      </w:pPr>
      <w:r w:rsidRPr="0063306C">
        <w:rPr>
          <w:rFonts w:ascii="Arial" w:hAnsi="Arial" w:cs="Arial"/>
          <w:sz w:val="18"/>
          <w:szCs w:val="18"/>
        </w:rPr>
        <w:t>S</w:t>
      </w:r>
      <w:r w:rsidR="005B3F1D" w:rsidRPr="0063306C">
        <w:rPr>
          <w:rFonts w:ascii="Arial" w:hAnsi="Arial" w:cs="Arial"/>
          <w:sz w:val="18"/>
          <w:szCs w:val="18"/>
        </w:rPr>
        <w:t>taff Present: Ms. Builder, Ms. Banning, M</w:t>
      </w:r>
      <w:r w:rsidR="002178D6" w:rsidRPr="0063306C">
        <w:rPr>
          <w:rFonts w:ascii="Arial" w:hAnsi="Arial" w:cs="Arial"/>
          <w:sz w:val="18"/>
          <w:szCs w:val="18"/>
        </w:rPr>
        <w:t>r. Asbury</w:t>
      </w:r>
      <w:r w:rsidRPr="0063306C">
        <w:rPr>
          <w:rFonts w:ascii="Arial" w:hAnsi="Arial" w:cs="Arial"/>
          <w:sz w:val="18"/>
          <w:szCs w:val="18"/>
        </w:rPr>
        <w:t>, and Ms. Roberts on Zoom</w:t>
      </w:r>
      <w:r w:rsidR="005B3F1D" w:rsidRPr="0063306C">
        <w:rPr>
          <w:rFonts w:ascii="Arial" w:hAnsi="Arial" w:cs="Arial"/>
          <w:sz w:val="18"/>
          <w:szCs w:val="18"/>
        </w:rPr>
        <w:t xml:space="preserve"> (HRRMC)</w:t>
      </w:r>
    </w:p>
    <w:p w14:paraId="52C703D9" w14:textId="2B88D308" w:rsidR="006A2497" w:rsidRPr="0063306C" w:rsidRDefault="00086B61" w:rsidP="009C4C89">
      <w:pPr>
        <w:spacing w:before="240" w:line="240" w:lineRule="auto"/>
        <w:jc w:val="both"/>
        <w:rPr>
          <w:rFonts w:ascii="Arial" w:hAnsi="Arial" w:cs="Arial"/>
          <w:sz w:val="18"/>
          <w:szCs w:val="18"/>
        </w:rPr>
      </w:pPr>
      <w:r w:rsidRPr="0063306C">
        <w:rPr>
          <w:rFonts w:ascii="Arial" w:hAnsi="Arial" w:cs="Arial"/>
          <w:sz w:val="18"/>
          <w:szCs w:val="18"/>
        </w:rPr>
        <w:t xml:space="preserve">In </w:t>
      </w:r>
      <w:r w:rsidR="005B3F1D" w:rsidRPr="0063306C">
        <w:rPr>
          <w:rFonts w:ascii="Arial" w:hAnsi="Arial" w:cs="Arial"/>
          <w:sz w:val="18"/>
          <w:szCs w:val="18"/>
        </w:rPr>
        <w:t xml:space="preserve">Attendance: Ms. </w:t>
      </w:r>
      <w:r w:rsidR="00903E9F" w:rsidRPr="0063306C">
        <w:rPr>
          <w:rFonts w:ascii="Arial" w:hAnsi="Arial" w:cs="Arial"/>
          <w:sz w:val="18"/>
          <w:szCs w:val="18"/>
        </w:rPr>
        <w:t>Barthrop</w:t>
      </w:r>
    </w:p>
    <w:p w14:paraId="62301513" w14:textId="77777777" w:rsidR="006A2497" w:rsidRPr="0063306C" w:rsidRDefault="005B3F1D" w:rsidP="009C4C89">
      <w:pPr>
        <w:spacing w:before="240" w:line="240" w:lineRule="auto"/>
        <w:jc w:val="both"/>
        <w:rPr>
          <w:rFonts w:ascii="Arial" w:hAnsi="Arial" w:cs="Arial"/>
          <w:sz w:val="18"/>
          <w:szCs w:val="18"/>
        </w:rPr>
      </w:pPr>
      <w:r w:rsidRPr="0063306C">
        <w:rPr>
          <w:rFonts w:ascii="Arial" w:hAnsi="Arial" w:cs="Arial"/>
          <w:sz w:val="18"/>
          <w:szCs w:val="18"/>
        </w:rPr>
        <w:t>A quorum being present, Mr. Terry called the meeting to order at 3:00 p.m. All attendees recited the Pledge of Allegiance.</w:t>
      </w:r>
    </w:p>
    <w:p w14:paraId="68B24C11" w14:textId="1F7DAC62" w:rsidR="006A2497" w:rsidRPr="0063306C" w:rsidRDefault="005B3F1D" w:rsidP="009C4C89">
      <w:pPr>
        <w:spacing w:after="0" w:line="240" w:lineRule="auto"/>
        <w:jc w:val="both"/>
        <w:rPr>
          <w:rFonts w:ascii="Arial" w:hAnsi="Arial" w:cs="Arial"/>
          <w:sz w:val="18"/>
          <w:szCs w:val="18"/>
        </w:rPr>
      </w:pPr>
      <w:r w:rsidRPr="0063306C">
        <w:rPr>
          <w:rFonts w:ascii="Arial" w:hAnsi="Arial" w:cs="Arial"/>
          <w:b/>
          <w:bCs/>
          <w:sz w:val="18"/>
          <w:szCs w:val="18"/>
        </w:rPr>
        <w:t>Public Comments</w:t>
      </w:r>
      <w:r w:rsidR="00086B61" w:rsidRPr="0063306C">
        <w:rPr>
          <w:rFonts w:ascii="Arial" w:hAnsi="Arial" w:cs="Arial"/>
          <w:b/>
          <w:bCs/>
          <w:sz w:val="18"/>
          <w:szCs w:val="18"/>
        </w:rPr>
        <w:t xml:space="preserve">: </w:t>
      </w:r>
      <w:r w:rsidR="003F5BFB" w:rsidRPr="0063306C">
        <w:rPr>
          <w:rFonts w:ascii="Arial" w:hAnsi="Arial" w:cs="Arial"/>
          <w:sz w:val="18"/>
          <w:szCs w:val="18"/>
        </w:rPr>
        <w:t>N/A</w:t>
      </w:r>
    </w:p>
    <w:p w14:paraId="2BAABC0B" w14:textId="77777777" w:rsidR="00860A9D" w:rsidRPr="0063306C" w:rsidRDefault="00860A9D" w:rsidP="009C4C89">
      <w:pPr>
        <w:spacing w:after="0" w:line="240" w:lineRule="auto"/>
        <w:jc w:val="both"/>
        <w:rPr>
          <w:rFonts w:ascii="Arial" w:hAnsi="Arial" w:cs="Arial"/>
          <w:sz w:val="18"/>
          <w:szCs w:val="18"/>
        </w:rPr>
      </w:pPr>
    </w:p>
    <w:p w14:paraId="5F884AB2" w14:textId="77777777" w:rsidR="00B12C5A" w:rsidRPr="0063306C" w:rsidRDefault="00086B61" w:rsidP="00B12C5A">
      <w:pPr>
        <w:spacing w:after="0" w:line="240" w:lineRule="auto"/>
        <w:jc w:val="both"/>
        <w:rPr>
          <w:rFonts w:ascii="Arial" w:hAnsi="Arial" w:cs="Arial"/>
          <w:sz w:val="18"/>
          <w:szCs w:val="18"/>
        </w:rPr>
      </w:pPr>
      <w:r w:rsidRPr="0063306C">
        <w:rPr>
          <w:rStyle w:val="DefaultParagraphFont1"/>
          <w:rFonts w:ascii="Arial" w:hAnsi="Arial" w:cs="Arial"/>
          <w:spacing w:val="-1"/>
          <w:sz w:val="18"/>
          <w:szCs w:val="18"/>
        </w:rPr>
        <w:t xml:space="preserve">Approval of Minutes: Board Meeting for </w:t>
      </w:r>
      <w:r w:rsidR="00903E9F" w:rsidRPr="0063306C">
        <w:rPr>
          <w:rStyle w:val="DefaultParagraphFont1"/>
          <w:rFonts w:ascii="Arial" w:hAnsi="Arial" w:cs="Arial"/>
          <w:spacing w:val="-1"/>
          <w:sz w:val="18"/>
          <w:szCs w:val="18"/>
        </w:rPr>
        <w:t>July</w:t>
      </w:r>
      <w:r w:rsidRPr="0063306C">
        <w:rPr>
          <w:rStyle w:val="DefaultParagraphFont1"/>
          <w:rFonts w:ascii="Arial" w:hAnsi="Arial" w:cs="Arial"/>
          <w:spacing w:val="-1"/>
          <w:sz w:val="18"/>
          <w:szCs w:val="18"/>
        </w:rPr>
        <w:t xml:space="preserve"> </w:t>
      </w:r>
      <w:r w:rsidR="00903E9F" w:rsidRPr="0063306C">
        <w:rPr>
          <w:rStyle w:val="DefaultParagraphFont1"/>
          <w:rFonts w:ascii="Arial" w:hAnsi="Arial" w:cs="Arial"/>
          <w:spacing w:val="-1"/>
          <w:sz w:val="18"/>
          <w:szCs w:val="18"/>
        </w:rPr>
        <w:t>30</w:t>
      </w:r>
      <w:r w:rsidRPr="0063306C">
        <w:rPr>
          <w:rStyle w:val="DefaultParagraphFont1"/>
          <w:rFonts w:ascii="Arial" w:hAnsi="Arial" w:cs="Arial"/>
          <w:spacing w:val="-1"/>
          <w:sz w:val="18"/>
          <w:szCs w:val="18"/>
        </w:rPr>
        <w:t xml:space="preserve">, </w:t>
      </w:r>
      <w:r w:rsidRPr="0063306C">
        <w:rPr>
          <w:rFonts w:ascii="Arial" w:hAnsi="Arial" w:cs="Arial"/>
          <w:sz w:val="18"/>
          <w:szCs w:val="18"/>
        </w:rPr>
        <w:t>moved by M</w:t>
      </w:r>
      <w:r w:rsidR="003F5BFB" w:rsidRPr="0063306C">
        <w:rPr>
          <w:rFonts w:ascii="Arial" w:hAnsi="Arial" w:cs="Arial"/>
          <w:sz w:val="18"/>
          <w:szCs w:val="18"/>
        </w:rPr>
        <w:t>r</w:t>
      </w:r>
      <w:r w:rsidRPr="0063306C">
        <w:rPr>
          <w:rFonts w:ascii="Arial" w:hAnsi="Arial" w:cs="Arial"/>
          <w:sz w:val="18"/>
          <w:szCs w:val="18"/>
        </w:rPr>
        <w:t xml:space="preserve">. </w:t>
      </w:r>
      <w:r w:rsidR="003F5BFB" w:rsidRPr="0063306C">
        <w:rPr>
          <w:rFonts w:ascii="Arial" w:hAnsi="Arial" w:cs="Arial"/>
          <w:sz w:val="18"/>
          <w:szCs w:val="18"/>
        </w:rPr>
        <w:t>Shepard</w:t>
      </w:r>
      <w:r w:rsidRPr="0063306C">
        <w:rPr>
          <w:rFonts w:ascii="Arial" w:hAnsi="Arial" w:cs="Arial"/>
          <w:sz w:val="18"/>
          <w:szCs w:val="18"/>
        </w:rPr>
        <w:t xml:space="preserve"> and seconded by Ms. </w:t>
      </w:r>
      <w:r w:rsidR="003F5BFB" w:rsidRPr="0063306C">
        <w:rPr>
          <w:rFonts w:ascii="Arial" w:hAnsi="Arial" w:cs="Arial"/>
          <w:sz w:val="18"/>
          <w:szCs w:val="18"/>
        </w:rPr>
        <w:t>McKellip</w:t>
      </w:r>
    </w:p>
    <w:p w14:paraId="2CE44FF6" w14:textId="77777777" w:rsidR="00B12C5A" w:rsidRPr="0063306C" w:rsidRDefault="00B12C5A" w:rsidP="00B12C5A">
      <w:pPr>
        <w:spacing w:after="0" w:line="240" w:lineRule="auto"/>
        <w:jc w:val="both"/>
        <w:rPr>
          <w:rFonts w:ascii="Arial" w:hAnsi="Arial" w:cs="Arial"/>
          <w:sz w:val="18"/>
          <w:szCs w:val="18"/>
        </w:rPr>
      </w:pPr>
    </w:p>
    <w:p w14:paraId="504B8844" w14:textId="229F6037" w:rsidR="00A370DF" w:rsidRPr="0063306C" w:rsidRDefault="005B3F1D" w:rsidP="00B12C5A">
      <w:pPr>
        <w:spacing w:after="0" w:line="240" w:lineRule="auto"/>
        <w:jc w:val="both"/>
        <w:rPr>
          <w:rFonts w:ascii="Arial" w:eastAsia="Calibri" w:hAnsi="Arial" w:cs="Arial"/>
          <w:spacing w:val="-1"/>
          <w:sz w:val="18"/>
          <w:szCs w:val="18"/>
        </w:rPr>
      </w:pPr>
      <w:r w:rsidRPr="0063306C">
        <w:rPr>
          <w:rFonts w:ascii="Arial" w:hAnsi="Arial" w:cs="Arial"/>
          <w:b/>
          <w:bCs/>
          <w:sz w:val="18"/>
          <w:szCs w:val="18"/>
        </w:rPr>
        <w:t>Chair Report</w:t>
      </w:r>
      <w:r w:rsidR="00086B61" w:rsidRPr="0063306C">
        <w:rPr>
          <w:rFonts w:ascii="Arial" w:hAnsi="Arial" w:cs="Arial"/>
          <w:b/>
          <w:bCs/>
          <w:sz w:val="18"/>
          <w:szCs w:val="18"/>
        </w:rPr>
        <w:t>:</w:t>
      </w:r>
      <w:r w:rsidR="00B12C5A" w:rsidRPr="0063306C">
        <w:rPr>
          <w:rFonts w:ascii="Arial" w:hAnsi="Arial" w:cs="Arial"/>
          <w:sz w:val="18"/>
          <w:szCs w:val="18"/>
        </w:rPr>
        <w:t xml:space="preserve"> Mr. Terry reported on the WCCHD/HRRMC Advisory Committee meeting that he and Ms. Alvarado attended on 8/20. The next meeting is scheduled for 11/</w:t>
      </w:r>
      <w:r w:rsidR="00B26C4D" w:rsidRPr="0063306C">
        <w:rPr>
          <w:rFonts w:ascii="Arial" w:hAnsi="Arial" w:cs="Arial"/>
          <w:sz w:val="18"/>
          <w:szCs w:val="18"/>
        </w:rPr>
        <w:t>1</w:t>
      </w:r>
      <w:r w:rsidR="00B12C5A" w:rsidRPr="0063306C">
        <w:rPr>
          <w:rFonts w:ascii="Arial" w:hAnsi="Arial" w:cs="Arial"/>
          <w:sz w:val="18"/>
          <w:szCs w:val="18"/>
        </w:rPr>
        <w:t xml:space="preserve">2, and he and Ms. Sullivan will attend. Mr. Terry announced that today </w:t>
      </w:r>
      <w:r w:rsidR="00B53E7A" w:rsidRPr="0063306C">
        <w:rPr>
          <w:rFonts w:ascii="Arial" w:hAnsi="Arial" w:cs="Arial"/>
          <w:sz w:val="18"/>
          <w:szCs w:val="18"/>
        </w:rPr>
        <w:t>was</w:t>
      </w:r>
      <w:r w:rsidR="00B12C5A" w:rsidRPr="0063306C">
        <w:rPr>
          <w:rFonts w:ascii="Arial" w:hAnsi="Arial" w:cs="Arial"/>
          <w:sz w:val="18"/>
          <w:szCs w:val="18"/>
        </w:rPr>
        <w:t xml:space="preserve"> Ms. Alvarado’s last meeting and thanked her for her service. He listed her duties as </w:t>
      </w:r>
      <w:r w:rsidR="004C7923" w:rsidRPr="0063306C">
        <w:rPr>
          <w:rFonts w:ascii="Arial" w:hAnsi="Arial" w:cs="Arial"/>
          <w:sz w:val="18"/>
          <w:szCs w:val="18"/>
        </w:rPr>
        <w:t>B</w:t>
      </w:r>
      <w:r w:rsidR="00B12C5A" w:rsidRPr="0063306C">
        <w:rPr>
          <w:rFonts w:ascii="Arial" w:hAnsi="Arial" w:cs="Arial"/>
          <w:sz w:val="18"/>
          <w:szCs w:val="18"/>
        </w:rPr>
        <w:t xml:space="preserve">oard </w:t>
      </w:r>
      <w:r w:rsidR="004C7923" w:rsidRPr="0063306C">
        <w:rPr>
          <w:rFonts w:ascii="Arial" w:hAnsi="Arial" w:cs="Arial"/>
          <w:sz w:val="18"/>
          <w:szCs w:val="18"/>
        </w:rPr>
        <w:t>T</w:t>
      </w:r>
      <w:r w:rsidR="00B12C5A" w:rsidRPr="0063306C">
        <w:rPr>
          <w:rFonts w:ascii="Arial" w:hAnsi="Arial" w:cs="Arial"/>
          <w:sz w:val="18"/>
          <w:szCs w:val="18"/>
        </w:rPr>
        <w:t>reasurer and ask</w:t>
      </w:r>
      <w:r w:rsidR="00B53E7A" w:rsidRPr="0063306C">
        <w:rPr>
          <w:rFonts w:ascii="Arial" w:hAnsi="Arial" w:cs="Arial"/>
          <w:sz w:val="18"/>
          <w:szCs w:val="18"/>
        </w:rPr>
        <w:t>ed</w:t>
      </w:r>
      <w:r w:rsidR="00B12C5A" w:rsidRPr="0063306C">
        <w:rPr>
          <w:rFonts w:ascii="Arial" w:hAnsi="Arial" w:cs="Arial"/>
          <w:sz w:val="18"/>
          <w:szCs w:val="18"/>
        </w:rPr>
        <w:t xml:space="preserve"> for thoughts on how to proceed with the </w:t>
      </w:r>
      <w:r w:rsidR="00B53E7A" w:rsidRPr="0063306C">
        <w:rPr>
          <w:rFonts w:ascii="Arial" w:hAnsi="Arial" w:cs="Arial"/>
          <w:sz w:val="18"/>
          <w:szCs w:val="18"/>
        </w:rPr>
        <w:t>T</w:t>
      </w:r>
      <w:r w:rsidR="00B12C5A" w:rsidRPr="0063306C">
        <w:rPr>
          <w:rFonts w:ascii="Arial" w:hAnsi="Arial" w:cs="Arial"/>
          <w:sz w:val="18"/>
          <w:szCs w:val="18"/>
        </w:rPr>
        <w:t>reasurer</w:t>
      </w:r>
      <w:r w:rsidR="00B53E7A" w:rsidRPr="0063306C">
        <w:rPr>
          <w:rFonts w:ascii="Arial" w:hAnsi="Arial" w:cs="Arial"/>
          <w:sz w:val="18"/>
          <w:szCs w:val="18"/>
        </w:rPr>
        <w:t>’s</w:t>
      </w:r>
      <w:r w:rsidR="00B12C5A" w:rsidRPr="0063306C">
        <w:rPr>
          <w:rFonts w:ascii="Arial" w:hAnsi="Arial" w:cs="Arial"/>
          <w:sz w:val="18"/>
          <w:szCs w:val="18"/>
        </w:rPr>
        <w:t xml:space="preserve"> duties</w:t>
      </w:r>
      <w:r w:rsidR="004C7923" w:rsidRPr="0063306C">
        <w:rPr>
          <w:rFonts w:ascii="Arial" w:hAnsi="Arial" w:cs="Arial"/>
          <w:sz w:val="18"/>
          <w:szCs w:val="18"/>
        </w:rPr>
        <w:t xml:space="preserve"> until the position is filled. </w:t>
      </w:r>
      <w:r w:rsidR="00B12C5A" w:rsidRPr="0063306C">
        <w:rPr>
          <w:rFonts w:ascii="Arial" w:hAnsi="Arial" w:cs="Arial"/>
          <w:sz w:val="18"/>
          <w:szCs w:val="18"/>
        </w:rPr>
        <w:t>Mr. Terry said the Rural Health Transformation Program (RHTP) Grant has been submitted. Mr. Terry gave an update on the ECC Inclusion project. He said that he had a discussion with the Board Chair for the Florence Fire Protection District</w:t>
      </w:r>
      <w:r w:rsidR="004C7923" w:rsidRPr="0063306C">
        <w:rPr>
          <w:rFonts w:ascii="Arial" w:hAnsi="Arial" w:cs="Arial"/>
          <w:sz w:val="18"/>
          <w:szCs w:val="18"/>
        </w:rPr>
        <w:t xml:space="preserve"> on the matter.</w:t>
      </w:r>
    </w:p>
    <w:p w14:paraId="243675BB" w14:textId="77777777" w:rsidR="00A370DF" w:rsidRPr="0063306C" w:rsidRDefault="00A370DF" w:rsidP="009C4C89">
      <w:pPr>
        <w:spacing w:after="0" w:line="240" w:lineRule="auto"/>
        <w:jc w:val="both"/>
        <w:rPr>
          <w:rFonts w:ascii="Arial" w:hAnsi="Arial" w:cs="Arial"/>
          <w:sz w:val="18"/>
          <w:szCs w:val="18"/>
        </w:rPr>
      </w:pPr>
    </w:p>
    <w:p w14:paraId="59280863" w14:textId="19F25FF9" w:rsidR="00C2137F" w:rsidRPr="0063306C" w:rsidRDefault="005B3F1D" w:rsidP="009C4C89">
      <w:pPr>
        <w:spacing w:after="0" w:line="240" w:lineRule="auto"/>
        <w:jc w:val="both"/>
        <w:rPr>
          <w:rFonts w:ascii="Arial" w:hAnsi="Arial" w:cs="Arial"/>
          <w:sz w:val="18"/>
          <w:szCs w:val="18"/>
        </w:rPr>
      </w:pPr>
      <w:r w:rsidRPr="0063306C">
        <w:rPr>
          <w:rFonts w:ascii="Arial" w:hAnsi="Arial" w:cs="Arial"/>
          <w:b/>
          <w:bCs/>
          <w:sz w:val="18"/>
          <w:szCs w:val="18"/>
        </w:rPr>
        <w:t>Budget Report</w:t>
      </w:r>
      <w:r w:rsidR="00086B61" w:rsidRPr="0063306C">
        <w:rPr>
          <w:rFonts w:ascii="Arial" w:hAnsi="Arial" w:cs="Arial"/>
          <w:b/>
          <w:bCs/>
          <w:sz w:val="18"/>
          <w:szCs w:val="18"/>
        </w:rPr>
        <w:t xml:space="preserve">: </w:t>
      </w:r>
      <w:r w:rsidR="00C2137F" w:rsidRPr="0063306C">
        <w:rPr>
          <w:rFonts w:ascii="Arial" w:hAnsi="Arial" w:cs="Arial"/>
          <w:sz w:val="18"/>
          <w:szCs w:val="18"/>
        </w:rPr>
        <w:t>Ms. Alvarado thank</w:t>
      </w:r>
      <w:r w:rsidR="003069A8" w:rsidRPr="0063306C">
        <w:rPr>
          <w:rFonts w:ascii="Arial" w:hAnsi="Arial" w:cs="Arial"/>
          <w:sz w:val="18"/>
          <w:szCs w:val="18"/>
        </w:rPr>
        <w:t>ed</w:t>
      </w:r>
      <w:r w:rsidR="00C2137F" w:rsidRPr="0063306C">
        <w:rPr>
          <w:rFonts w:ascii="Arial" w:hAnsi="Arial" w:cs="Arial"/>
          <w:sz w:val="18"/>
          <w:szCs w:val="18"/>
        </w:rPr>
        <w:t xml:space="preserve"> everyone and said that she w</w:t>
      </w:r>
      <w:r w:rsidR="00B53E7A" w:rsidRPr="0063306C">
        <w:rPr>
          <w:rFonts w:ascii="Arial" w:hAnsi="Arial" w:cs="Arial"/>
          <w:sz w:val="18"/>
          <w:szCs w:val="18"/>
        </w:rPr>
        <w:t>ould</w:t>
      </w:r>
      <w:r w:rsidR="00C2137F" w:rsidRPr="0063306C">
        <w:rPr>
          <w:rFonts w:ascii="Arial" w:hAnsi="Arial" w:cs="Arial"/>
          <w:sz w:val="18"/>
          <w:szCs w:val="18"/>
        </w:rPr>
        <w:t xml:space="preserve"> miss being part of the </w:t>
      </w:r>
      <w:r w:rsidR="00B26C4D" w:rsidRPr="0063306C">
        <w:rPr>
          <w:rFonts w:ascii="Arial" w:hAnsi="Arial" w:cs="Arial"/>
          <w:sz w:val="18"/>
          <w:szCs w:val="18"/>
        </w:rPr>
        <w:t>B</w:t>
      </w:r>
      <w:r w:rsidR="00C2137F" w:rsidRPr="0063306C">
        <w:rPr>
          <w:rFonts w:ascii="Arial" w:hAnsi="Arial" w:cs="Arial"/>
          <w:sz w:val="18"/>
          <w:szCs w:val="18"/>
        </w:rPr>
        <w:t>oard</w:t>
      </w:r>
      <w:r w:rsidR="00C2137F" w:rsidRPr="0063306C">
        <w:rPr>
          <w:rFonts w:ascii="Arial" w:hAnsi="Arial" w:cs="Arial"/>
          <w:b/>
          <w:bCs/>
          <w:sz w:val="18"/>
          <w:szCs w:val="18"/>
        </w:rPr>
        <w:t xml:space="preserve">. </w:t>
      </w:r>
      <w:r w:rsidR="00C2137F" w:rsidRPr="0063306C">
        <w:rPr>
          <w:rFonts w:ascii="Arial" w:hAnsi="Arial" w:cs="Arial"/>
          <w:sz w:val="18"/>
          <w:szCs w:val="18"/>
        </w:rPr>
        <w:t>She said that she w</w:t>
      </w:r>
      <w:r w:rsidR="00B53E7A" w:rsidRPr="0063306C">
        <w:rPr>
          <w:rFonts w:ascii="Arial" w:hAnsi="Arial" w:cs="Arial"/>
          <w:sz w:val="18"/>
          <w:szCs w:val="18"/>
        </w:rPr>
        <w:t>ould</w:t>
      </w:r>
      <w:r w:rsidR="00C2137F" w:rsidRPr="0063306C">
        <w:rPr>
          <w:rFonts w:ascii="Arial" w:hAnsi="Arial" w:cs="Arial"/>
          <w:sz w:val="18"/>
          <w:szCs w:val="18"/>
        </w:rPr>
        <w:t xml:space="preserve"> assist the </w:t>
      </w:r>
      <w:r w:rsidR="003069A8" w:rsidRPr="0063306C">
        <w:rPr>
          <w:rFonts w:ascii="Arial" w:hAnsi="Arial" w:cs="Arial"/>
          <w:sz w:val="18"/>
          <w:szCs w:val="18"/>
        </w:rPr>
        <w:t xml:space="preserve">upcoming </w:t>
      </w:r>
      <w:r w:rsidR="00C2137F" w:rsidRPr="0063306C">
        <w:rPr>
          <w:rFonts w:ascii="Arial" w:hAnsi="Arial" w:cs="Arial"/>
          <w:sz w:val="18"/>
          <w:szCs w:val="18"/>
        </w:rPr>
        <w:t xml:space="preserve">Treasurer </w:t>
      </w:r>
      <w:r w:rsidR="003069A8" w:rsidRPr="0063306C">
        <w:rPr>
          <w:rFonts w:ascii="Arial" w:hAnsi="Arial" w:cs="Arial"/>
          <w:sz w:val="18"/>
          <w:szCs w:val="18"/>
        </w:rPr>
        <w:t xml:space="preserve">in generating </w:t>
      </w:r>
      <w:r w:rsidR="00C2137F" w:rsidRPr="0063306C">
        <w:rPr>
          <w:rFonts w:ascii="Arial" w:hAnsi="Arial" w:cs="Arial"/>
          <w:sz w:val="18"/>
          <w:szCs w:val="18"/>
        </w:rPr>
        <w:t xml:space="preserve">the meeting reports. She spoke on the financial statements, including the Balance Sheet Comparison Report and the Profit and Loss Annual Budget vs. Year-to-Date Actual Report. She said we are continuing </w:t>
      </w:r>
      <w:r w:rsidR="00B26C4D" w:rsidRPr="0063306C">
        <w:rPr>
          <w:rFonts w:ascii="Arial" w:hAnsi="Arial" w:cs="Arial"/>
          <w:sz w:val="18"/>
          <w:szCs w:val="18"/>
        </w:rPr>
        <w:t>to be in</w:t>
      </w:r>
      <w:r w:rsidR="00C2137F" w:rsidRPr="0063306C">
        <w:rPr>
          <w:rFonts w:ascii="Arial" w:hAnsi="Arial" w:cs="Arial"/>
          <w:sz w:val="18"/>
          <w:szCs w:val="18"/>
        </w:rPr>
        <w:t xml:space="preserve"> a good financial position</w:t>
      </w:r>
      <w:r w:rsidR="00B26C4D" w:rsidRPr="0063306C">
        <w:rPr>
          <w:rFonts w:ascii="Arial" w:hAnsi="Arial" w:cs="Arial"/>
          <w:sz w:val="18"/>
          <w:szCs w:val="18"/>
        </w:rPr>
        <w:t xml:space="preserve"> </w:t>
      </w:r>
      <w:r w:rsidR="00C2137F" w:rsidRPr="0063306C">
        <w:rPr>
          <w:rFonts w:ascii="Arial" w:hAnsi="Arial" w:cs="Arial"/>
          <w:sz w:val="18"/>
          <w:szCs w:val="18"/>
        </w:rPr>
        <w:t>at this point of the year. She said that the meeting with HRRMC went well</w:t>
      </w:r>
      <w:r w:rsidR="003069A8" w:rsidRPr="0063306C">
        <w:rPr>
          <w:rFonts w:ascii="Arial" w:hAnsi="Arial" w:cs="Arial"/>
          <w:sz w:val="18"/>
          <w:szCs w:val="18"/>
        </w:rPr>
        <w:t xml:space="preserve"> and </w:t>
      </w:r>
      <w:r w:rsidR="00C2137F" w:rsidRPr="0063306C">
        <w:rPr>
          <w:rFonts w:ascii="Arial" w:hAnsi="Arial" w:cs="Arial"/>
          <w:sz w:val="18"/>
          <w:szCs w:val="18"/>
        </w:rPr>
        <w:t>currently the Clinic is $48K in the black.</w:t>
      </w:r>
    </w:p>
    <w:p w14:paraId="43E8746B" w14:textId="77777777" w:rsidR="00086B61" w:rsidRPr="0063306C" w:rsidRDefault="00086B61" w:rsidP="009C4C89">
      <w:pPr>
        <w:spacing w:after="0" w:line="240" w:lineRule="auto"/>
        <w:jc w:val="both"/>
        <w:rPr>
          <w:rFonts w:ascii="Arial" w:hAnsi="Arial" w:cs="Arial"/>
          <w:b/>
          <w:bCs/>
          <w:sz w:val="18"/>
          <w:szCs w:val="18"/>
        </w:rPr>
      </w:pPr>
    </w:p>
    <w:p w14:paraId="420C5216" w14:textId="1A1AFCED" w:rsidR="00A826DA" w:rsidRPr="0063306C" w:rsidRDefault="005B3F1D" w:rsidP="009C4C89">
      <w:pPr>
        <w:spacing w:after="0" w:line="240" w:lineRule="auto"/>
        <w:jc w:val="both"/>
        <w:rPr>
          <w:rFonts w:ascii="Arial" w:hAnsi="Arial" w:cs="Arial"/>
          <w:sz w:val="18"/>
          <w:szCs w:val="18"/>
        </w:rPr>
      </w:pPr>
      <w:r w:rsidRPr="0063306C">
        <w:rPr>
          <w:rFonts w:ascii="Arial" w:hAnsi="Arial" w:cs="Arial"/>
          <w:b/>
          <w:bCs/>
          <w:sz w:val="18"/>
          <w:szCs w:val="18"/>
        </w:rPr>
        <w:t>Clinic Report</w:t>
      </w:r>
      <w:r w:rsidR="00086B61" w:rsidRPr="0063306C">
        <w:rPr>
          <w:rFonts w:ascii="Arial" w:hAnsi="Arial" w:cs="Arial"/>
          <w:b/>
          <w:bCs/>
          <w:sz w:val="18"/>
          <w:szCs w:val="18"/>
        </w:rPr>
        <w:t xml:space="preserve">: </w:t>
      </w:r>
      <w:r w:rsidR="00E90786" w:rsidRPr="0063306C">
        <w:rPr>
          <w:rFonts w:ascii="Arial" w:hAnsi="Arial" w:cs="Arial"/>
          <w:sz w:val="18"/>
          <w:szCs w:val="18"/>
        </w:rPr>
        <w:t>Mr. Asbury gave the report for the Clinic</w:t>
      </w:r>
      <w:r w:rsidR="00A826DA" w:rsidRPr="0063306C">
        <w:rPr>
          <w:rFonts w:ascii="Arial" w:hAnsi="Arial" w:cs="Arial"/>
          <w:sz w:val="18"/>
          <w:szCs w:val="18"/>
        </w:rPr>
        <w:t>, stating that the surveys received are very positive. There are many positive comments on the facility and that any request made for maintenance is being completed quickly.</w:t>
      </w:r>
      <w:r w:rsidR="00DB60D4" w:rsidRPr="0063306C">
        <w:rPr>
          <w:rFonts w:ascii="Arial" w:hAnsi="Arial" w:cs="Arial"/>
          <w:sz w:val="18"/>
          <w:szCs w:val="18"/>
        </w:rPr>
        <w:t xml:space="preserve"> Ms. Roberts said that in the end of November Dr. Nielson will have extended hours 3 days a week. </w:t>
      </w:r>
      <w:r w:rsidR="008073CC" w:rsidRPr="0063306C">
        <w:rPr>
          <w:rFonts w:ascii="Arial" w:hAnsi="Arial" w:cs="Arial"/>
          <w:sz w:val="18"/>
          <w:szCs w:val="18"/>
        </w:rPr>
        <w:t xml:space="preserve">She said that the Clinic is participating in the upcoming senior fair. </w:t>
      </w:r>
    </w:p>
    <w:p w14:paraId="1DB41F36" w14:textId="77777777" w:rsidR="00086B61" w:rsidRPr="0063306C" w:rsidRDefault="00086B61" w:rsidP="009C4C89">
      <w:pPr>
        <w:spacing w:after="0" w:line="240" w:lineRule="auto"/>
        <w:jc w:val="both"/>
        <w:rPr>
          <w:rFonts w:ascii="Arial" w:hAnsi="Arial" w:cs="Arial"/>
          <w:b/>
          <w:bCs/>
          <w:sz w:val="18"/>
          <w:szCs w:val="18"/>
        </w:rPr>
      </w:pPr>
    </w:p>
    <w:p w14:paraId="055FBA63" w14:textId="0C33CF63" w:rsidR="00A826DA" w:rsidRPr="0063306C" w:rsidRDefault="005B3F1D" w:rsidP="009C4C89">
      <w:pPr>
        <w:spacing w:after="0" w:line="240" w:lineRule="auto"/>
        <w:jc w:val="both"/>
        <w:rPr>
          <w:rFonts w:ascii="Arial" w:hAnsi="Arial" w:cs="Arial"/>
          <w:sz w:val="18"/>
          <w:szCs w:val="18"/>
        </w:rPr>
      </w:pPr>
      <w:r w:rsidRPr="0063306C">
        <w:rPr>
          <w:rFonts w:ascii="Arial" w:hAnsi="Arial" w:cs="Arial"/>
          <w:b/>
          <w:bCs/>
          <w:sz w:val="18"/>
          <w:szCs w:val="18"/>
        </w:rPr>
        <w:t>EMS Report</w:t>
      </w:r>
      <w:r w:rsidR="00086B61" w:rsidRPr="0063306C">
        <w:rPr>
          <w:rFonts w:ascii="Arial" w:hAnsi="Arial" w:cs="Arial"/>
          <w:b/>
          <w:bCs/>
          <w:sz w:val="18"/>
          <w:szCs w:val="18"/>
        </w:rPr>
        <w:t xml:space="preserve">: </w:t>
      </w:r>
      <w:r w:rsidRPr="0063306C">
        <w:rPr>
          <w:rFonts w:ascii="Arial" w:hAnsi="Arial" w:cs="Arial"/>
          <w:sz w:val="18"/>
          <w:szCs w:val="18"/>
        </w:rPr>
        <w:t xml:space="preserve">Ms. Banning </w:t>
      </w:r>
      <w:r w:rsidR="00A826DA" w:rsidRPr="0063306C">
        <w:rPr>
          <w:rFonts w:ascii="Arial" w:hAnsi="Arial" w:cs="Arial"/>
          <w:sz w:val="18"/>
          <w:szCs w:val="18"/>
        </w:rPr>
        <w:t xml:space="preserve">reported as the appointed DEO for the Inclusion project, she has given the County Clerk the completed IGA. Ms. Banning presented </w:t>
      </w:r>
      <w:r w:rsidRPr="0063306C">
        <w:rPr>
          <w:rFonts w:ascii="Arial" w:hAnsi="Arial" w:cs="Arial"/>
          <w:sz w:val="18"/>
          <w:szCs w:val="18"/>
        </w:rPr>
        <w:t>the EMS Run Report for</w:t>
      </w:r>
      <w:r w:rsidR="00A826DA" w:rsidRPr="0063306C">
        <w:rPr>
          <w:rFonts w:ascii="Arial" w:hAnsi="Arial" w:cs="Arial"/>
          <w:sz w:val="18"/>
          <w:szCs w:val="18"/>
        </w:rPr>
        <w:t xml:space="preserve"> July</w:t>
      </w:r>
      <w:r w:rsidR="003069A8" w:rsidRPr="0063306C">
        <w:rPr>
          <w:rFonts w:ascii="Arial" w:hAnsi="Arial" w:cs="Arial"/>
          <w:sz w:val="18"/>
          <w:szCs w:val="18"/>
        </w:rPr>
        <w:t>.</w:t>
      </w:r>
      <w:r w:rsidR="00A826DA" w:rsidRPr="0063306C">
        <w:rPr>
          <w:rFonts w:ascii="Arial" w:hAnsi="Arial" w:cs="Arial"/>
          <w:sz w:val="18"/>
          <w:szCs w:val="18"/>
        </w:rPr>
        <w:t xml:space="preserve"> </w:t>
      </w:r>
      <w:r w:rsidR="003069A8" w:rsidRPr="0063306C">
        <w:rPr>
          <w:rFonts w:ascii="Arial" w:hAnsi="Arial" w:cs="Arial"/>
          <w:sz w:val="18"/>
          <w:szCs w:val="18"/>
        </w:rPr>
        <w:t>T</w:t>
      </w:r>
      <w:r w:rsidR="00A826DA" w:rsidRPr="0063306C">
        <w:rPr>
          <w:rFonts w:ascii="Arial" w:hAnsi="Arial" w:cs="Arial"/>
          <w:sz w:val="18"/>
          <w:szCs w:val="18"/>
        </w:rPr>
        <w:t xml:space="preserve">here were 72 total calls, 6 were </w:t>
      </w:r>
      <w:r w:rsidR="003069A8" w:rsidRPr="0063306C">
        <w:rPr>
          <w:rFonts w:ascii="Arial" w:hAnsi="Arial" w:cs="Arial"/>
          <w:sz w:val="18"/>
          <w:szCs w:val="18"/>
        </w:rPr>
        <w:t>f</w:t>
      </w:r>
      <w:r w:rsidR="00A826DA" w:rsidRPr="0063306C">
        <w:rPr>
          <w:rFonts w:ascii="Arial" w:hAnsi="Arial" w:cs="Arial"/>
          <w:sz w:val="18"/>
          <w:szCs w:val="18"/>
        </w:rPr>
        <w:t xml:space="preserve">light </w:t>
      </w:r>
      <w:r w:rsidR="003069A8" w:rsidRPr="0063306C">
        <w:rPr>
          <w:rFonts w:ascii="Arial" w:hAnsi="Arial" w:cs="Arial"/>
          <w:sz w:val="18"/>
          <w:szCs w:val="18"/>
        </w:rPr>
        <w:t>t</w:t>
      </w:r>
      <w:r w:rsidR="00A826DA" w:rsidRPr="0063306C">
        <w:rPr>
          <w:rFonts w:ascii="Arial" w:hAnsi="Arial" w:cs="Arial"/>
          <w:sz w:val="18"/>
          <w:szCs w:val="18"/>
        </w:rPr>
        <w:t xml:space="preserve">ransports. There were 4 </w:t>
      </w:r>
      <w:r w:rsidR="003069A8" w:rsidRPr="0063306C">
        <w:rPr>
          <w:rFonts w:ascii="Arial" w:hAnsi="Arial" w:cs="Arial"/>
          <w:sz w:val="18"/>
          <w:szCs w:val="18"/>
        </w:rPr>
        <w:t>s</w:t>
      </w:r>
      <w:r w:rsidR="00A826DA" w:rsidRPr="0063306C">
        <w:rPr>
          <w:rFonts w:ascii="Arial" w:hAnsi="Arial" w:cs="Arial"/>
          <w:sz w:val="18"/>
          <w:szCs w:val="18"/>
        </w:rPr>
        <w:t>tandbys</w:t>
      </w:r>
      <w:r w:rsidR="003069A8" w:rsidRPr="0063306C">
        <w:rPr>
          <w:rFonts w:ascii="Arial" w:hAnsi="Arial" w:cs="Arial"/>
          <w:sz w:val="18"/>
          <w:szCs w:val="18"/>
        </w:rPr>
        <w:t>,</w:t>
      </w:r>
      <w:r w:rsidR="00A826DA" w:rsidRPr="0063306C">
        <w:rPr>
          <w:rFonts w:ascii="Arial" w:hAnsi="Arial" w:cs="Arial"/>
          <w:sz w:val="18"/>
          <w:szCs w:val="18"/>
        </w:rPr>
        <w:t xml:space="preserve"> which included the Rodeo and </w:t>
      </w:r>
      <w:r w:rsidR="00DB60D4" w:rsidRPr="0063306C">
        <w:rPr>
          <w:rFonts w:ascii="Arial" w:hAnsi="Arial" w:cs="Arial"/>
          <w:sz w:val="18"/>
          <w:szCs w:val="18"/>
        </w:rPr>
        <w:t xml:space="preserve">the </w:t>
      </w:r>
      <w:r w:rsidR="00A826DA" w:rsidRPr="0063306C">
        <w:rPr>
          <w:rFonts w:ascii="Arial" w:hAnsi="Arial" w:cs="Arial"/>
          <w:sz w:val="18"/>
          <w:szCs w:val="18"/>
        </w:rPr>
        <w:t xml:space="preserve">Christmas in July Event. </w:t>
      </w:r>
      <w:r w:rsidR="00DB60D4" w:rsidRPr="0063306C">
        <w:rPr>
          <w:rFonts w:ascii="Arial" w:hAnsi="Arial" w:cs="Arial"/>
          <w:sz w:val="18"/>
          <w:szCs w:val="18"/>
        </w:rPr>
        <w:t>There were 15 canceled calls</w:t>
      </w:r>
      <w:r w:rsidR="003069A8" w:rsidRPr="0063306C">
        <w:rPr>
          <w:rFonts w:ascii="Arial" w:hAnsi="Arial" w:cs="Arial"/>
          <w:sz w:val="18"/>
          <w:szCs w:val="18"/>
        </w:rPr>
        <w:t xml:space="preserve">, </w:t>
      </w:r>
      <w:r w:rsidR="00DB60D4" w:rsidRPr="0063306C">
        <w:rPr>
          <w:rFonts w:ascii="Arial" w:hAnsi="Arial" w:cs="Arial"/>
          <w:sz w:val="18"/>
          <w:szCs w:val="18"/>
        </w:rPr>
        <w:t xml:space="preserve">which includes when </w:t>
      </w:r>
      <w:r w:rsidR="003069A8" w:rsidRPr="0063306C">
        <w:rPr>
          <w:rFonts w:ascii="Arial" w:hAnsi="Arial" w:cs="Arial"/>
          <w:sz w:val="18"/>
          <w:szCs w:val="18"/>
        </w:rPr>
        <w:t xml:space="preserve">the </w:t>
      </w:r>
      <w:r w:rsidR="00DB60D4" w:rsidRPr="0063306C">
        <w:rPr>
          <w:rFonts w:ascii="Arial" w:hAnsi="Arial" w:cs="Arial"/>
          <w:sz w:val="18"/>
          <w:szCs w:val="18"/>
        </w:rPr>
        <w:t xml:space="preserve">Mutual Aid agency responds. </w:t>
      </w:r>
      <w:r w:rsidR="00A826DA" w:rsidRPr="0063306C">
        <w:rPr>
          <w:rFonts w:ascii="Arial" w:hAnsi="Arial" w:cs="Arial"/>
          <w:sz w:val="18"/>
          <w:szCs w:val="18"/>
        </w:rPr>
        <w:t xml:space="preserve">She said that July slowed down </w:t>
      </w:r>
      <w:r w:rsidR="00DB60D4" w:rsidRPr="0063306C">
        <w:rPr>
          <w:rFonts w:ascii="Arial" w:hAnsi="Arial" w:cs="Arial"/>
          <w:sz w:val="18"/>
          <w:szCs w:val="18"/>
        </w:rPr>
        <w:t xml:space="preserve">once the Aspen fire hit. </w:t>
      </w:r>
    </w:p>
    <w:p w14:paraId="4BE09B9F" w14:textId="77777777" w:rsidR="00B53E7A" w:rsidRPr="0063306C" w:rsidRDefault="00B53E7A" w:rsidP="009C4C89">
      <w:pPr>
        <w:spacing w:after="0" w:line="240" w:lineRule="auto"/>
        <w:jc w:val="both"/>
        <w:rPr>
          <w:rFonts w:ascii="Arial" w:hAnsi="Arial" w:cs="Arial"/>
          <w:sz w:val="18"/>
          <w:szCs w:val="18"/>
        </w:rPr>
      </w:pPr>
    </w:p>
    <w:p w14:paraId="71FF07DC" w14:textId="3B14A2D0" w:rsidR="00B53E7A" w:rsidRPr="0063306C" w:rsidRDefault="00B53E7A" w:rsidP="009C4C89">
      <w:pPr>
        <w:spacing w:after="0" w:line="240" w:lineRule="auto"/>
        <w:jc w:val="both"/>
        <w:rPr>
          <w:rFonts w:ascii="Arial" w:hAnsi="Arial" w:cs="Arial"/>
          <w:sz w:val="18"/>
          <w:szCs w:val="18"/>
        </w:rPr>
      </w:pPr>
      <w:r w:rsidRPr="0063306C">
        <w:rPr>
          <w:rFonts w:ascii="Arial" w:hAnsi="Arial" w:cs="Arial"/>
          <w:b/>
          <w:bCs/>
          <w:sz w:val="18"/>
          <w:szCs w:val="18"/>
        </w:rPr>
        <w:t>Old Business:</w:t>
      </w:r>
      <w:r w:rsidRPr="0063306C">
        <w:rPr>
          <w:rFonts w:ascii="Arial" w:hAnsi="Arial" w:cs="Arial"/>
          <w:sz w:val="18"/>
          <w:szCs w:val="18"/>
        </w:rPr>
        <w:t xml:space="preserve"> Mr. Terry said we are continuing to move ahead with the Inclusion project and acknowledged that all Board Members had reviewed the latest documents. </w:t>
      </w:r>
      <w:r w:rsidRPr="0063306C">
        <w:rPr>
          <w:rFonts w:ascii="Arial" w:hAnsi="Arial" w:cs="Arial"/>
          <w:b/>
          <w:bCs/>
          <w:sz w:val="18"/>
          <w:szCs w:val="18"/>
        </w:rPr>
        <w:t>Ms. McKellip made a Motion to adopt the Factual Summary and the Resolution of Advocacy as presented, Ms. Alvarado seconded, and all were in favor.</w:t>
      </w:r>
      <w:r w:rsidRPr="0063306C">
        <w:rPr>
          <w:rFonts w:ascii="Arial" w:hAnsi="Arial" w:cs="Arial"/>
          <w:sz w:val="18"/>
          <w:szCs w:val="18"/>
        </w:rPr>
        <w:t xml:space="preserve"> Mr. Terry spoke on the 8/12 RHTP Grant submission saying it was an ambitious undertaking by Ms. Graham, Ms. Banning and Mr. Banner. We should know if the grant is awarded by the end of September to early October. He did a recap of what agencies are involved, and the priority if monies are awarded. He said the Board is the leadership and will not micromanage. </w:t>
      </w:r>
    </w:p>
    <w:p w14:paraId="59243A20" w14:textId="77777777" w:rsidR="007E1C67" w:rsidRPr="0063306C" w:rsidRDefault="007E1C67" w:rsidP="009C4C89">
      <w:pPr>
        <w:spacing w:after="0" w:line="240" w:lineRule="auto"/>
        <w:jc w:val="both"/>
        <w:rPr>
          <w:rFonts w:ascii="Arial" w:hAnsi="Arial" w:cs="Arial"/>
          <w:b/>
          <w:bCs/>
          <w:sz w:val="18"/>
          <w:szCs w:val="18"/>
        </w:rPr>
      </w:pPr>
    </w:p>
    <w:p w14:paraId="5DAE4758" w14:textId="486D1103" w:rsidR="002F28FE" w:rsidRPr="0063306C" w:rsidRDefault="005B3F1D" w:rsidP="009C4C89">
      <w:pPr>
        <w:spacing w:after="0" w:line="240" w:lineRule="auto"/>
        <w:jc w:val="both"/>
        <w:rPr>
          <w:rFonts w:ascii="Arial" w:hAnsi="Arial" w:cs="Arial"/>
          <w:sz w:val="18"/>
          <w:szCs w:val="18"/>
        </w:rPr>
      </w:pPr>
      <w:r w:rsidRPr="0063306C">
        <w:rPr>
          <w:rFonts w:ascii="Arial" w:hAnsi="Arial" w:cs="Arial"/>
          <w:b/>
          <w:bCs/>
          <w:sz w:val="18"/>
          <w:szCs w:val="18"/>
        </w:rPr>
        <w:t>New Business</w:t>
      </w:r>
      <w:r w:rsidR="009C4C89" w:rsidRPr="0063306C">
        <w:rPr>
          <w:rFonts w:ascii="Arial" w:hAnsi="Arial" w:cs="Arial"/>
          <w:b/>
          <w:bCs/>
          <w:sz w:val="18"/>
          <w:szCs w:val="18"/>
        </w:rPr>
        <w:t xml:space="preserve">: </w:t>
      </w:r>
      <w:r w:rsidR="00F66393" w:rsidRPr="0063306C">
        <w:rPr>
          <w:rFonts w:ascii="Arial" w:hAnsi="Arial" w:cs="Arial"/>
          <w:sz w:val="18"/>
          <w:szCs w:val="18"/>
        </w:rPr>
        <w:t>Mr. Terry said that Ms. Bart</w:t>
      </w:r>
      <w:r w:rsidR="00D7154A" w:rsidRPr="0063306C">
        <w:rPr>
          <w:rFonts w:ascii="Arial" w:hAnsi="Arial" w:cs="Arial"/>
          <w:sz w:val="18"/>
          <w:szCs w:val="18"/>
        </w:rPr>
        <w:t>h</w:t>
      </w:r>
      <w:r w:rsidR="00F66393" w:rsidRPr="0063306C">
        <w:rPr>
          <w:rFonts w:ascii="Arial" w:hAnsi="Arial" w:cs="Arial"/>
          <w:sz w:val="18"/>
          <w:szCs w:val="18"/>
        </w:rPr>
        <w:t xml:space="preserve">rop is here today because of her interest in filling the </w:t>
      </w:r>
      <w:r w:rsidR="0034276A" w:rsidRPr="0063306C">
        <w:rPr>
          <w:rFonts w:ascii="Arial" w:hAnsi="Arial" w:cs="Arial"/>
          <w:sz w:val="18"/>
          <w:szCs w:val="18"/>
        </w:rPr>
        <w:t>vacancy</w:t>
      </w:r>
      <w:r w:rsidR="00F66393" w:rsidRPr="0063306C">
        <w:rPr>
          <w:rFonts w:ascii="Arial" w:hAnsi="Arial" w:cs="Arial"/>
          <w:sz w:val="18"/>
          <w:szCs w:val="18"/>
        </w:rPr>
        <w:t xml:space="preserve"> on the board from Ms. Alvarado</w:t>
      </w:r>
      <w:r w:rsidR="00B26C4D" w:rsidRPr="0063306C">
        <w:rPr>
          <w:rFonts w:ascii="Arial" w:hAnsi="Arial" w:cs="Arial"/>
          <w:sz w:val="18"/>
          <w:szCs w:val="18"/>
        </w:rPr>
        <w:t>’s</w:t>
      </w:r>
      <w:r w:rsidR="00F66393" w:rsidRPr="0063306C">
        <w:rPr>
          <w:rFonts w:ascii="Arial" w:hAnsi="Arial" w:cs="Arial"/>
          <w:sz w:val="18"/>
          <w:szCs w:val="18"/>
        </w:rPr>
        <w:t xml:space="preserve"> </w:t>
      </w:r>
      <w:r w:rsidR="0034276A" w:rsidRPr="0063306C">
        <w:rPr>
          <w:rFonts w:ascii="Arial" w:hAnsi="Arial" w:cs="Arial"/>
          <w:sz w:val="18"/>
          <w:szCs w:val="18"/>
        </w:rPr>
        <w:t xml:space="preserve">resignation. </w:t>
      </w:r>
      <w:r w:rsidR="00107EAE" w:rsidRPr="0063306C">
        <w:rPr>
          <w:rFonts w:ascii="Arial" w:hAnsi="Arial" w:cs="Arial"/>
          <w:sz w:val="18"/>
          <w:szCs w:val="18"/>
        </w:rPr>
        <w:t xml:space="preserve">Ms. Barthrop introduced herself, noting her experience and qualifications. </w:t>
      </w:r>
      <w:r w:rsidR="00107EAE" w:rsidRPr="0063306C">
        <w:rPr>
          <w:rFonts w:ascii="Arial" w:hAnsi="Arial" w:cs="Arial"/>
          <w:b/>
          <w:bCs/>
          <w:sz w:val="18"/>
          <w:szCs w:val="18"/>
        </w:rPr>
        <w:t xml:space="preserve">After much discussion, Ms. McKellip made a Motion to Appoint </w:t>
      </w:r>
      <w:r w:rsidR="002F18D5" w:rsidRPr="0063306C">
        <w:rPr>
          <w:rFonts w:ascii="Arial" w:hAnsi="Arial" w:cs="Arial"/>
          <w:b/>
          <w:bCs/>
          <w:sz w:val="18"/>
          <w:szCs w:val="18"/>
        </w:rPr>
        <w:t xml:space="preserve">Ms. </w:t>
      </w:r>
      <w:r w:rsidR="00107EAE" w:rsidRPr="0063306C">
        <w:rPr>
          <w:rFonts w:ascii="Arial" w:hAnsi="Arial" w:cs="Arial"/>
          <w:b/>
          <w:bCs/>
          <w:sz w:val="18"/>
          <w:szCs w:val="18"/>
        </w:rPr>
        <w:t xml:space="preserve">Barthrop </w:t>
      </w:r>
      <w:r w:rsidR="002F18D5" w:rsidRPr="0063306C">
        <w:rPr>
          <w:rFonts w:ascii="Arial" w:hAnsi="Arial" w:cs="Arial"/>
          <w:b/>
          <w:bCs/>
          <w:sz w:val="18"/>
          <w:szCs w:val="18"/>
        </w:rPr>
        <w:t xml:space="preserve">as a Director on </w:t>
      </w:r>
      <w:r w:rsidR="00107EAE" w:rsidRPr="0063306C">
        <w:rPr>
          <w:rFonts w:ascii="Arial" w:hAnsi="Arial" w:cs="Arial"/>
          <w:b/>
          <w:bCs/>
          <w:sz w:val="18"/>
          <w:szCs w:val="18"/>
        </w:rPr>
        <w:t xml:space="preserve">the Board, Mr. Sheppard seconded, and all were in favor. </w:t>
      </w:r>
      <w:r w:rsidR="003733FE" w:rsidRPr="0063306C">
        <w:rPr>
          <w:rFonts w:ascii="Arial" w:hAnsi="Arial" w:cs="Arial"/>
          <w:b/>
          <w:bCs/>
          <w:sz w:val="18"/>
          <w:szCs w:val="18"/>
        </w:rPr>
        <w:t xml:space="preserve"> </w:t>
      </w:r>
      <w:r w:rsidR="003733FE" w:rsidRPr="0063306C">
        <w:rPr>
          <w:rFonts w:ascii="Arial" w:hAnsi="Arial" w:cs="Arial"/>
          <w:sz w:val="18"/>
          <w:szCs w:val="18"/>
        </w:rPr>
        <w:t xml:space="preserve">Ms. Builder asked the Board Members to consider a Title change from Central Office Manager to Director of Administration as her duties have expanded far beyond her current </w:t>
      </w:r>
      <w:r w:rsidR="00B53E7A" w:rsidRPr="0063306C">
        <w:rPr>
          <w:rFonts w:ascii="Arial" w:hAnsi="Arial" w:cs="Arial"/>
          <w:sz w:val="18"/>
          <w:szCs w:val="18"/>
        </w:rPr>
        <w:t>title and</w:t>
      </w:r>
      <w:r w:rsidR="002F28FE" w:rsidRPr="0063306C">
        <w:rPr>
          <w:rFonts w:ascii="Arial" w:hAnsi="Arial" w:cs="Arial"/>
          <w:sz w:val="18"/>
          <w:szCs w:val="18"/>
        </w:rPr>
        <w:t xml:space="preserve"> </w:t>
      </w:r>
      <w:r w:rsidR="00B53E7A" w:rsidRPr="0063306C">
        <w:rPr>
          <w:rFonts w:ascii="Arial" w:hAnsi="Arial" w:cs="Arial"/>
          <w:sz w:val="18"/>
          <w:szCs w:val="18"/>
        </w:rPr>
        <w:t xml:space="preserve">this would involve </w:t>
      </w:r>
      <w:r w:rsidR="002F28FE" w:rsidRPr="0063306C">
        <w:rPr>
          <w:rFonts w:ascii="Arial" w:hAnsi="Arial" w:cs="Arial"/>
          <w:sz w:val="18"/>
          <w:szCs w:val="18"/>
        </w:rPr>
        <w:t xml:space="preserve">no </w:t>
      </w:r>
      <w:r w:rsidR="003B6B5B" w:rsidRPr="0063306C">
        <w:rPr>
          <w:rFonts w:ascii="Arial" w:hAnsi="Arial" w:cs="Arial"/>
          <w:sz w:val="18"/>
          <w:szCs w:val="18"/>
        </w:rPr>
        <w:t xml:space="preserve">monetary </w:t>
      </w:r>
      <w:r w:rsidR="002F28FE" w:rsidRPr="0063306C">
        <w:rPr>
          <w:rFonts w:ascii="Arial" w:hAnsi="Arial" w:cs="Arial"/>
          <w:sz w:val="18"/>
          <w:szCs w:val="18"/>
        </w:rPr>
        <w:t xml:space="preserve">increase. Ms. McKellip </w:t>
      </w:r>
      <w:r w:rsidR="003733FE" w:rsidRPr="0063306C">
        <w:rPr>
          <w:rFonts w:ascii="Arial" w:hAnsi="Arial" w:cs="Arial"/>
          <w:sz w:val="18"/>
          <w:szCs w:val="18"/>
        </w:rPr>
        <w:t>request</w:t>
      </w:r>
      <w:r w:rsidR="002F28FE" w:rsidRPr="0063306C">
        <w:rPr>
          <w:rFonts w:ascii="Arial" w:hAnsi="Arial" w:cs="Arial"/>
          <w:sz w:val="18"/>
          <w:szCs w:val="18"/>
        </w:rPr>
        <w:t xml:space="preserve">ed that further </w:t>
      </w:r>
      <w:r w:rsidR="003733FE" w:rsidRPr="0063306C">
        <w:rPr>
          <w:rFonts w:ascii="Arial" w:hAnsi="Arial" w:cs="Arial"/>
          <w:sz w:val="18"/>
          <w:szCs w:val="18"/>
        </w:rPr>
        <w:t>documentation</w:t>
      </w:r>
      <w:r w:rsidR="002F28FE" w:rsidRPr="0063306C">
        <w:rPr>
          <w:rFonts w:ascii="Arial" w:hAnsi="Arial" w:cs="Arial"/>
          <w:sz w:val="18"/>
          <w:szCs w:val="18"/>
        </w:rPr>
        <w:t xml:space="preserve"> be submitted. She asked for an updated </w:t>
      </w:r>
      <w:r w:rsidR="003B6B5B" w:rsidRPr="0063306C">
        <w:rPr>
          <w:rFonts w:ascii="Arial" w:hAnsi="Arial" w:cs="Arial"/>
          <w:sz w:val="18"/>
          <w:szCs w:val="18"/>
        </w:rPr>
        <w:t xml:space="preserve">formal </w:t>
      </w:r>
      <w:r w:rsidR="002F28FE" w:rsidRPr="0063306C">
        <w:rPr>
          <w:rFonts w:ascii="Arial" w:hAnsi="Arial" w:cs="Arial"/>
          <w:sz w:val="18"/>
          <w:szCs w:val="18"/>
        </w:rPr>
        <w:t xml:space="preserve">job description, </w:t>
      </w:r>
      <w:r w:rsidR="003B6B5B" w:rsidRPr="0063306C">
        <w:rPr>
          <w:rFonts w:ascii="Arial" w:hAnsi="Arial" w:cs="Arial"/>
          <w:sz w:val="18"/>
          <w:szCs w:val="18"/>
        </w:rPr>
        <w:t xml:space="preserve">any updated </w:t>
      </w:r>
      <w:r w:rsidR="002F28FE" w:rsidRPr="0063306C">
        <w:rPr>
          <w:rFonts w:ascii="Arial" w:hAnsi="Arial" w:cs="Arial"/>
          <w:sz w:val="18"/>
          <w:szCs w:val="18"/>
        </w:rPr>
        <w:t xml:space="preserve">policies, a leave of attendance audit, a </w:t>
      </w:r>
      <w:r w:rsidR="003B6B5B" w:rsidRPr="0063306C">
        <w:rPr>
          <w:rFonts w:ascii="Arial" w:hAnsi="Arial" w:cs="Arial"/>
          <w:sz w:val="18"/>
          <w:szCs w:val="18"/>
        </w:rPr>
        <w:t>workload</w:t>
      </w:r>
      <w:r w:rsidR="002F28FE" w:rsidRPr="0063306C">
        <w:rPr>
          <w:rFonts w:ascii="Arial" w:hAnsi="Arial" w:cs="Arial"/>
          <w:sz w:val="18"/>
          <w:szCs w:val="18"/>
        </w:rPr>
        <w:t xml:space="preserve"> audit</w:t>
      </w:r>
      <w:r w:rsidR="003B6B5B" w:rsidRPr="0063306C">
        <w:rPr>
          <w:rFonts w:ascii="Arial" w:hAnsi="Arial" w:cs="Arial"/>
          <w:sz w:val="18"/>
          <w:szCs w:val="18"/>
        </w:rPr>
        <w:t xml:space="preserve"> and a timecard audit</w:t>
      </w:r>
      <w:r w:rsidR="002F28FE" w:rsidRPr="0063306C">
        <w:rPr>
          <w:rFonts w:ascii="Arial" w:hAnsi="Arial" w:cs="Arial"/>
          <w:sz w:val="18"/>
          <w:szCs w:val="18"/>
        </w:rPr>
        <w:t xml:space="preserve"> and once </w:t>
      </w:r>
      <w:r w:rsidR="003B6B5B" w:rsidRPr="0063306C">
        <w:rPr>
          <w:rFonts w:ascii="Arial" w:hAnsi="Arial" w:cs="Arial"/>
          <w:sz w:val="18"/>
          <w:szCs w:val="18"/>
        </w:rPr>
        <w:t xml:space="preserve">this information is </w:t>
      </w:r>
      <w:r w:rsidR="002F28FE" w:rsidRPr="0063306C">
        <w:rPr>
          <w:rFonts w:ascii="Arial" w:hAnsi="Arial" w:cs="Arial"/>
          <w:sz w:val="18"/>
          <w:szCs w:val="18"/>
        </w:rPr>
        <w:t>compiled</w:t>
      </w:r>
      <w:r w:rsidR="003B6B5B" w:rsidRPr="0063306C">
        <w:rPr>
          <w:rFonts w:ascii="Arial" w:hAnsi="Arial" w:cs="Arial"/>
          <w:sz w:val="18"/>
          <w:szCs w:val="18"/>
        </w:rPr>
        <w:t xml:space="preserve">, </w:t>
      </w:r>
      <w:r w:rsidR="002F28FE" w:rsidRPr="0063306C">
        <w:rPr>
          <w:rFonts w:ascii="Arial" w:hAnsi="Arial" w:cs="Arial"/>
          <w:sz w:val="18"/>
          <w:szCs w:val="18"/>
        </w:rPr>
        <w:t xml:space="preserve">to submit a formal request for a title change to the board. </w:t>
      </w:r>
      <w:r w:rsidR="003B6B5B" w:rsidRPr="0063306C">
        <w:rPr>
          <w:rFonts w:ascii="Arial" w:hAnsi="Arial" w:cs="Arial"/>
          <w:sz w:val="18"/>
          <w:szCs w:val="18"/>
        </w:rPr>
        <w:t xml:space="preserve">The matter can be revisited in the September meeting. </w:t>
      </w:r>
    </w:p>
    <w:p w14:paraId="1FDF9C41" w14:textId="6DF398CB" w:rsidR="0020146E" w:rsidRPr="0063306C" w:rsidRDefault="002F28FE" w:rsidP="002F28FE">
      <w:pPr>
        <w:spacing w:after="0" w:line="240" w:lineRule="auto"/>
        <w:jc w:val="both"/>
        <w:rPr>
          <w:rFonts w:ascii="Arial" w:hAnsi="Arial" w:cs="Arial"/>
          <w:b/>
          <w:bCs/>
          <w:sz w:val="18"/>
          <w:szCs w:val="18"/>
        </w:rPr>
      </w:pPr>
      <w:r w:rsidRPr="0063306C">
        <w:rPr>
          <w:rFonts w:ascii="Arial" w:hAnsi="Arial" w:cs="Arial"/>
          <w:sz w:val="18"/>
          <w:szCs w:val="18"/>
        </w:rPr>
        <w:t xml:space="preserve"> </w:t>
      </w:r>
    </w:p>
    <w:p w14:paraId="0FC3F6AA" w14:textId="77777777" w:rsidR="0089710C" w:rsidRPr="0063306C" w:rsidRDefault="0089710C" w:rsidP="0089710C">
      <w:pPr>
        <w:spacing w:after="0" w:line="240" w:lineRule="auto"/>
        <w:rPr>
          <w:rFonts w:ascii="Arial" w:hAnsi="Arial" w:cs="Arial"/>
          <w:sz w:val="18"/>
          <w:szCs w:val="18"/>
        </w:rPr>
      </w:pPr>
    </w:p>
    <w:p w14:paraId="25B5502E" w14:textId="4977B0BC" w:rsidR="006A2497" w:rsidRPr="0063306C" w:rsidRDefault="005B3F1D" w:rsidP="0089710C">
      <w:pPr>
        <w:spacing w:after="0" w:line="240" w:lineRule="auto"/>
        <w:rPr>
          <w:rFonts w:ascii="Arial" w:hAnsi="Arial" w:cs="Arial"/>
          <w:sz w:val="18"/>
          <w:szCs w:val="18"/>
        </w:rPr>
      </w:pPr>
      <w:r w:rsidRPr="0063306C">
        <w:rPr>
          <w:rFonts w:ascii="Arial" w:hAnsi="Arial" w:cs="Arial"/>
          <w:sz w:val="18"/>
          <w:szCs w:val="18"/>
        </w:rPr>
        <w:t>Upcoming Meetings</w:t>
      </w:r>
    </w:p>
    <w:p w14:paraId="37D1BF6A" w14:textId="14AF3274" w:rsidR="006A2497" w:rsidRPr="0063306C" w:rsidRDefault="005B3F1D" w:rsidP="0089710C">
      <w:pPr>
        <w:spacing w:after="0" w:line="240" w:lineRule="auto"/>
        <w:rPr>
          <w:rFonts w:ascii="Arial" w:hAnsi="Arial" w:cs="Arial"/>
          <w:sz w:val="18"/>
          <w:szCs w:val="18"/>
        </w:rPr>
      </w:pPr>
      <w:r w:rsidRPr="0063306C">
        <w:rPr>
          <w:rFonts w:ascii="Arial" w:hAnsi="Arial" w:cs="Arial"/>
          <w:sz w:val="18"/>
          <w:szCs w:val="18"/>
        </w:rPr>
        <w:t xml:space="preserve">Next Board Meeting: Thursday, </w:t>
      </w:r>
      <w:r w:rsidR="003733FE" w:rsidRPr="0063306C">
        <w:rPr>
          <w:rFonts w:ascii="Arial" w:hAnsi="Arial" w:cs="Arial"/>
          <w:sz w:val="18"/>
          <w:szCs w:val="18"/>
        </w:rPr>
        <w:t>September 24</w:t>
      </w:r>
      <w:r w:rsidR="00D50361" w:rsidRPr="0063306C">
        <w:rPr>
          <w:rFonts w:ascii="Arial" w:hAnsi="Arial" w:cs="Arial"/>
          <w:sz w:val="18"/>
          <w:szCs w:val="18"/>
        </w:rPr>
        <w:t>, 2026</w:t>
      </w:r>
    </w:p>
    <w:p w14:paraId="35098673" w14:textId="77777777" w:rsidR="0089710C" w:rsidRPr="0063306C" w:rsidRDefault="0089710C" w:rsidP="0089710C">
      <w:pPr>
        <w:spacing w:after="0" w:line="240" w:lineRule="auto"/>
        <w:rPr>
          <w:rFonts w:ascii="Arial" w:hAnsi="Arial" w:cs="Arial"/>
          <w:sz w:val="18"/>
          <w:szCs w:val="18"/>
        </w:rPr>
      </w:pPr>
    </w:p>
    <w:p w14:paraId="16A42366" w14:textId="77777777" w:rsidR="006A2497" w:rsidRPr="0063306C" w:rsidRDefault="005B3F1D" w:rsidP="007A2A57">
      <w:pPr>
        <w:spacing w:after="0" w:line="240" w:lineRule="auto"/>
        <w:rPr>
          <w:rFonts w:ascii="Arial" w:hAnsi="Arial" w:cs="Arial"/>
          <w:sz w:val="18"/>
          <w:szCs w:val="18"/>
        </w:rPr>
      </w:pPr>
      <w:r w:rsidRPr="0063306C">
        <w:rPr>
          <w:rFonts w:ascii="Arial" w:hAnsi="Arial" w:cs="Arial"/>
          <w:sz w:val="18"/>
          <w:szCs w:val="18"/>
        </w:rPr>
        <w:t>Adjournment</w:t>
      </w:r>
    </w:p>
    <w:p w14:paraId="31EEBA46" w14:textId="60B400A7" w:rsidR="006A2497" w:rsidRPr="0063306C" w:rsidRDefault="005B3F1D" w:rsidP="007A2A57">
      <w:pPr>
        <w:spacing w:after="0" w:line="240" w:lineRule="auto"/>
        <w:rPr>
          <w:rFonts w:ascii="Arial" w:hAnsi="Arial" w:cs="Arial"/>
          <w:sz w:val="18"/>
          <w:szCs w:val="18"/>
        </w:rPr>
      </w:pPr>
      <w:r w:rsidRPr="0063306C">
        <w:rPr>
          <w:rFonts w:ascii="Arial" w:hAnsi="Arial" w:cs="Arial"/>
          <w:sz w:val="18"/>
          <w:szCs w:val="18"/>
        </w:rPr>
        <w:t xml:space="preserve">There being no further business, the meeting adjourned at 4:00 p.m. upon a motion by </w:t>
      </w:r>
      <w:r w:rsidR="0020146E" w:rsidRPr="0063306C">
        <w:rPr>
          <w:rFonts w:ascii="Arial" w:hAnsi="Arial" w:cs="Arial"/>
          <w:sz w:val="18"/>
          <w:szCs w:val="18"/>
        </w:rPr>
        <w:t>Ms. Alvarado</w:t>
      </w:r>
      <w:r w:rsidRPr="0063306C">
        <w:rPr>
          <w:rFonts w:ascii="Arial" w:hAnsi="Arial" w:cs="Arial"/>
          <w:sz w:val="18"/>
          <w:szCs w:val="18"/>
        </w:rPr>
        <w:t>, seconded by Ms.</w:t>
      </w:r>
      <w:r w:rsidR="00E76EA5" w:rsidRPr="0063306C">
        <w:rPr>
          <w:rFonts w:ascii="Arial" w:hAnsi="Arial" w:cs="Arial"/>
          <w:sz w:val="18"/>
          <w:szCs w:val="18"/>
        </w:rPr>
        <w:t xml:space="preserve"> </w:t>
      </w:r>
      <w:r w:rsidR="0020146E" w:rsidRPr="0063306C">
        <w:rPr>
          <w:rFonts w:ascii="Arial" w:hAnsi="Arial" w:cs="Arial"/>
          <w:sz w:val="18"/>
          <w:szCs w:val="18"/>
        </w:rPr>
        <w:t>McKellip</w:t>
      </w:r>
      <w:r w:rsidRPr="0063306C">
        <w:rPr>
          <w:rFonts w:ascii="Arial" w:hAnsi="Arial" w:cs="Arial"/>
          <w:sz w:val="18"/>
          <w:szCs w:val="18"/>
        </w:rPr>
        <w:t>.</w:t>
      </w:r>
    </w:p>
    <w:p w14:paraId="66418EE6" w14:textId="77777777" w:rsidR="007A2A57" w:rsidRPr="0063306C" w:rsidRDefault="007A2A57" w:rsidP="007A2A57">
      <w:pPr>
        <w:spacing w:after="0" w:line="240" w:lineRule="auto"/>
        <w:rPr>
          <w:rFonts w:ascii="Arial" w:hAnsi="Arial" w:cs="Arial"/>
          <w:sz w:val="18"/>
          <w:szCs w:val="18"/>
        </w:rPr>
      </w:pPr>
    </w:p>
    <w:p w14:paraId="240424D1" w14:textId="77777777" w:rsidR="006A2497" w:rsidRPr="0063306C" w:rsidRDefault="005B3F1D" w:rsidP="00744D96">
      <w:pPr>
        <w:spacing w:after="0" w:line="240" w:lineRule="auto"/>
        <w:rPr>
          <w:rFonts w:ascii="Arial" w:hAnsi="Arial" w:cs="Arial"/>
          <w:sz w:val="18"/>
          <w:szCs w:val="18"/>
        </w:rPr>
      </w:pPr>
      <w:r w:rsidRPr="0063306C">
        <w:rPr>
          <w:rFonts w:ascii="Arial" w:hAnsi="Arial" w:cs="Arial"/>
          <w:sz w:val="18"/>
          <w:szCs w:val="18"/>
        </w:rPr>
        <w:t>Respectfully submitted,</w:t>
      </w:r>
    </w:p>
    <w:p w14:paraId="37FC4FF1" w14:textId="77777777" w:rsidR="006A2497" w:rsidRPr="0063306C" w:rsidRDefault="005B3F1D" w:rsidP="00744D96">
      <w:pPr>
        <w:spacing w:after="0" w:line="240" w:lineRule="auto"/>
        <w:rPr>
          <w:rFonts w:ascii="Arial" w:hAnsi="Arial" w:cs="Arial"/>
          <w:sz w:val="18"/>
          <w:szCs w:val="18"/>
        </w:rPr>
      </w:pPr>
      <w:r w:rsidRPr="0063306C">
        <w:rPr>
          <w:rFonts w:ascii="Arial" w:hAnsi="Arial" w:cs="Arial"/>
          <w:sz w:val="18"/>
          <w:szCs w:val="18"/>
        </w:rPr>
        <w:t>Ms. McKellip</w:t>
      </w:r>
    </w:p>
    <w:p w14:paraId="3A728A97" w14:textId="77777777" w:rsidR="0089710C" w:rsidRPr="0063306C" w:rsidRDefault="0089710C" w:rsidP="00744D96">
      <w:pPr>
        <w:spacing w:after="0" w:line="240" w:lineRule="auto"/>
        <w:rPr>
          <w:rFonts w:ascii="Arial" w:hAnsi="Arial" w:cs="Arial"/>
          <w:sz w:val="18"/>
          <w:szCs w:val="18"/>
        </w:rPr>
      </w:pPr>
    </w:p>
    <w:p w14:paraId="0B6EAAA5" w14:textId="7ED08C34" w:rsidR="006A2497" w:rsidRPr="0063306C" w:rsidRDefault="005B3F1D" w:rsidP="0089710C">
      <w:pPr>
        <w:spacing w:after="0" w:line="240" w:lineRule="auto"/>
        <w:rPr>
          <w:rFonts w:ascii="Arial" w:hAnsi="Arial" w:cs="Arial"/>
          <w:sz w:val="18"/>
          <w:szCs w:val="18"/>
        </w:rPr>
      </w:pPr>
      <w:r w:rsidRPr="0063306C">
        <w:rPr>
          <w:rFonts w:ascii="Arial" w:hAnsi="Arial" w:cs="Arial"/>
          <w:sz w:val="18"/>
          <w:szCs w:val="18"/>
        </w:rPr>
        <w:t>In collaboration with,</w:t>
      </w:r>
    </w:p>
    <w:p w14:paraId="2F9536C3" w14:textId="77777777" w:rsidR="006A2497" w:rsidRPr="0063306C" w:rsidRDefault="005B3F1D" w:rsidP="0089710C">
      <w:pPr>
        <w:spacing w:after="0" w:line="240" w:lineRule="auto"/>
        <w:rPr>
          <w:rFonts w:ascii="Arial" w:hAnsi="Arial" w:cs="Arial"/>
          <w:sz w:val="18"/>
          <w:szCs w:val="18"/>
        </w:rPr>
      </w:pPr>
      <w:r w:rsidRPr="0063306C">
        <w:rPr>
          <w:rFonts w:ascii="Arial" w:hAnsi="Arial" w:cs="Arial"/>
          <w:sz w:val="18"/>
          <w:szCs w:val="18"/>
        </w:rPr>
        <w:t>Melody Builder</w:t>
      </w:r>
    </w:p>
    <w:p w14:paraId="38F66011" w14:textId="77777777" w:rsidR="0047586B" w:rsidRPr="0063306C" w:rsidRDefault="0047586B" w:rsidP="0089710C">
      <w:pPr>
        <w:spacing w:after="0" w:line="240" w:lineRule="auto"/>
        <w:rPr>
          <w:rFonts w:ascii="Arial" w:hAnsi="Arial" w:cs="Arial"/>
          <w:sz w:val="17"/>
          <w:szCs w:val="18"/>
        </w:rPr>
      </w:pPr>
    </w:p>
    <w:sectPr w:rsidR="0047586B" w:rsidRPr="0063306C" w:rsidSect="0063306C">
      <w:headerReference w:type="even" r:id="rId11"/>
      <w:headerReference w:type="default" r:id="rId12"/>
      <w:footerReference w:type="even" r:id="rId13"/>
      <w:footerReference w:type="default" r:id="rId14"/>
      <w:headerReference w:type="first" r:id="rId15"/>
      <w:footerReference w:type="first" r:id="rId16"/>
      <w:pgSz w:w="12240" w:h="15840" w:code="1"/>
      <w:pgMar w:top="720" w:right="720" w:bottom="720" w:left="720" w:header="432"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1B83EE" w14:textId="77777777" w:rsidR="00354D5F" w:rsidRPr="0063306C" w:rsidRDefault="00354D5F" w:rsidP="00BB2DCD">
      <w:pPr>
        <w:spacing w:after="0" w:line="240" w:lineRule="auto"/>
        <w:rPr>
          <w:sz w:val="19"/>
          <w:szCs w:val="20"/>
        </w:rPr>
      </w:pPr>
      <w:r w:rsidRPr="0063306C">
        <w:rPr>
          <w:sz w:val="19"/>
          <w:szCs w:val="20"/>
        </w:rPr>
        <w:separator/>
      </w:r>
    </w:p>
  </w:endnote>
  <w:endnote w:type="continuationSeparator" w:id="0">
    <w:p w14:paraId="6C9B6AE7" w14:textId="77777777" w:rsidR="00354D5F" w:rsidRPr="0063306C" w:rsidRDefault="00354D5F" w:rsidP="00BB2DCD">
      <w:pPr>
        <w:spacing w:after="0" w:line="240" w:lineRule="auto"/>
        <w:rPr>
          <w:sz w:val="19"/>
          <w:szCs w:val="20"/>
        </w:rPr>
      </w:pPr>
      <w:r w:rsidRPr="0063306C">
        <w:rPr>
          <w:sz w:val="19"/>
          <w:szCs w:val="20"/>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5AA3F" w14:textId="77777777" w:rsidR="00BB2DCD" w:rsidRPr="0063306C" w:rsidRDefault="00BB2DCD">
    <w:pPr>
      <w:pStyle w:val="Footer"/>
      <w:rPr>
        <w:sz w:val="19"/>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1508D" w14:textId="77777777" w:rsidR="00BB2DCD" w:rsidRPr="0063306C" w:rsidRDefault="00BB2DCD">
    <w:pPr>
      <w:pStyle w:val="Footer"/>
      <w:rPr>
        <w:sz w:val="19"/>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84C05" w14:textId="77777777" w:rsidR="00BB2DCD" w:rsidRPr="0063306C" w:rsidRDefault="00BB2DCD">
    <w:pPr>
      <w:pStyle w:val="Footer"/>
      <w:rPr>
        <w:sz w:val="19"/>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BF6FE3" w14:textId="77777777" w:rsidR="00354D5F" w:rsidRPr="0063306C" w:rsidRDefault="00354D5F" w:rsidP="00BB2DCD">
      <w:pPr>
        <w:spacing w:after="0" w:line="240" w:lineRule="auto"/>
        <w:rPr>
          <w:sz w:val="19"/>
          <w:szCs w:val="20"/>
        </w:rPr>
      </w:pPr>
      <w:r w:rsidRPr="0063306C">
        <w:rPr>
          <w:sz w:val="19"/>
          <w:szCs w:val="20"/>
        </w:rPr>
        <w:separator/>
      </w:r>
    </w:p>
  </w:footnote>
  <w:footnote w:type="continuationSeparator" w:id="0">
    <w:p w14:paraId="1F373949" w14:textId="77777777" w:rsidR="00354D5F" w:rsidRPr="0063306C" w:rsidRDefault="00354D5F" w:rsidP="00BB2DCD">
      <w:pPr>
        <w:spacing w:after="0" w:line="240" w:lineRule="auto"/>
        <w:rPr>
          <w:sz w:val="19"/>
          <w:szCs w:val="20"/>
        </w:rPr>
      </w:pPr>
      <w:r w:rsidRPr="0063306C">
        <w:rPr>
          <w:sz w:val="19"/>
          <w:szCs w:val="20"/>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13FD7" w14:textId="77777777" w:rsidR="00BB2DCD" w:rsidRPr="0063306C" w:rsidRDefault="00BB2DCD">
    <w:pPr>
      <w:pStyle w:val="Header"/>
      <w:rPr>
        <w:sz w:val="19"/>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D4167" w14:textId="1DFC1494" w:rsidR="00BB2DCD" w:rsidRPr="0063306C" w:rsidRDefault="00BB2DCD">
    <w:pPr>
      <w:pStyle w:val="Header"/>
      <w:rPr>
        <w:sz w:val="19"/>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323BF" w14:textId="77777777" w:rsidR="00BB2DCD" w:rsidRPr="0063306C" w:rsidRDefault="00BB2DCD">
    <w:pPr>
      <w:pStyle w:val="Header"/>
      <w:rPr>
        <w:sz w:val="19"/>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30945024">
    <w:abstractNumId w:val="8"/>
  </w:num>
  <w:num w:numId="2" w16cid:durableId="682824794">
    <w:abstractNumId w:val="6"/>
  </w:num>
  <w:num w:numId="3" w16cid:durableId="473135862">
    <w:abstractNumId w:val="5"/>
  </w:num>
  <w:num w:numId="4" w16cid:durableId="727263976">
    <w:abstractNumId w:val="4"/>
  </w:num>
  <w:num w:numId="5" w16cid:durableId="636109052">
    <w:abstractNumId w:val="7"/>
  </w:num>
  <w:num w:numId="6" w16cid:durableId="1738094840">
    <w:abstractNumId w:val="3"/>
  </w:num>
  <w:num w:numId="7" w16cid:durableId="1145317385">
    <w:abstractNumId w:val="2"/>
  </w:num>
  <w:num w:numId="8" w16cid:durableId="192496623">
    <w:abstractNumId w:val="1"/>
  </w:num>
  <w:num w:numId="9" w16cid:durableId="17918993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36B83"/>
    <w:rsid w:val="0006063C"/>
    <w:rsid w:val="00086B61"/>
    <w:rsid w:val="00107EAE"/>
    <w:rsid w:val="001218CB"/>
    <w:rsid w:val="0015074B"/>
    <w:rsid w:val="00165FF7"/>
    <w:rsid w:val="001B039B"/>
    <w:rsid w:val="001C267A"/>
    <w:rsid w:val="0020146E"/>
    <w:rsid w:val="002178D6"/>
    <w:rsid w:val="0029639D"/>
    <w:rsid w:val="002F18D5"/>
    <w:rsid w:val="002F2804"/>
    <w:rsid w:val="002F28FE"/>
    <w:rsid w:val="00303BBF"/>
    <w:rsid w:val="003069A8"/>
    <w:rsid w:val="00326F90"/>
    <w:rsid w:val="0034276A"/>
    <w:rsid w:val="00354D5F"/>
    <w:rsid w:val="003733FE"/>
    <w:rsid w:val="003829F6"/>
    <w:rsid w:val="00387A36"/>
    <w:rsid w:val="003A5D7B"/>
    <w:rsid w:val="003B4545"/>
    <w:rsid w:val="003B63AA"/>
    <w:rsid w:val="003B6B5B"/>
    <w:rsid w:val="003C6EF6"/>
    <w:rsid w:val="003D10A7"/>
    <w:rsid w:val="003F5BFB"/>
    <w:rsid w:val="0041691E"/>
    <w:rsid w:val="00445F04"/>
    <w:rsid w:val="0047586B"/>
    <w:rsid w:val="004C7923"/>
    <w:rsid w:val="004D078D"/>
    <w:rsid w:val="00551B1A"/>
    <w:rsid w:val="005B3F1D"/>
    <w:rsid w:val="005B67BB"/>
    <w:rsid w:val="00614C98"/>
    <w:rsid w:val="0063306C"/>
    <w:rsid w:val="006A2497"/>
    <w:rsid w:val="006C278E"/>
    <w:rsid w:val="00732252"/>
    <w:rsid w:val="00744D96"/>
    <w:rsid w:val="007472EE"/>
    <w:rsid w:val="00753D27"/>
    <w:rsid w:val="007A2A57"/>
    <w:rsid w:val="007A4DC5"/>
    <w:rsid w:val="007E1C67"/>
    <w:rsid w:val="008073CC"/>
    <w:rsid w:val="008279B0"/>
    <w:rsid w:val="00860A9D"/>
    <w:rsid w:val="0089710C"/>
    <w:rsid w:val="008C0B29"/>
    <w:rsid w:val="008F7CEE"/>
    <w:rsid w:val="00903E9F"/>
    <w:rsid w:val="009633C2"/>
    <w:rsid w:val="00974A80"/>
    <w:rsid w:val="009B3681"/>
    <w:rsid w:val="009B7A21"/>
    <w:rsid w:val="009C4C89"/>
    <w:rsid w:val="00A17DDC"/>
    <w:rsid w:val="00A370DF"/>
    <w:rsid w:val="00A44085"/>
    <w:rsid w:val="00A826DA"/>
    <w:rsid w:val="00AA1D8D"/>
    <w:rsid w:val="00AB666A"/>
    <w:rsid w:val="00AC10F8"/>
    <w:rsid w:val="00AF1E0B"/>
    <w:rsid w:val="00B12C5A"/>
    <w:rsid w:val="00B26C4D"/>
    <w:rsid w:val="00B2732E"/>
    <w:rsid w:val="00B46AEE"/>
    <w:rsid w:val="00B47730"/>
    <w:rsid w:val="00B50D59"/>
    <w:rsid w:val="00B53E7A"/>
    <w:rsid w:val="00BB2522"/>
    <w:rsid w:val="00BB2DCD"/>
    <w:rsid w:val="00BC548B"/>
    <w:rsid w:val="00BC6334"/>
    <w:rsid w:val="00BF619C"/>
    <w:rsid w:val="00C2137F"/>
    <w:rsid w:val="00C252A9"/>
    <w:rsid w:val="00CB0664"/>
    <w:rsid w:val="00D10928"/>
    <w:rsid w:val="00D370F8"/>
    <w:rsid w:val="00D50361"/>
    <w:rsid w:val="00D7154A"/>
    <w:rsid w:val="00D85C12"/>
    <w:rsid w:val="00DB60D4"/>
    <w:rsid w:val="00DD1D85"/>
    <w:rsid w:val="00DD1FAE"/>
    <w:rsid w:val="00DD6365"/>
    <w:rsid w:val="00DF1407"/>
    <w:rsid w:val="00E72CE3"/>
    <w:rsid w:val="00E73F27"/>
    <w:rsid w:val="00E758F3"/>
    <w:rsid w:val="00E76EA5"/>
    <w:rsid w:val="00E90786"/>
    <w:rsid w:val="00E97538"/>
    <w:rsid w:val="00EB7319"/>
    <w:rsid w:val="00EC2979"/>
    <w:rsid w:val="00EF2FD5"/>
    <w:rsid w:val="00EF30DC"/>
    <w:rsid w:val="00F11EED"/>
    <w:rsid w:val="00F66393"/>
    <w:rsid w:val="00F66969"/>
    <w:rsid w:val="00F75B2D"/>
    <w:rsid w:val="00FC693F"/>
    <w:rsid w:val="00FD4153"/>
    <w:rsid w:val="00FF4C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3A68437"/>
  <w14:defaultImageDpi w14:val="300"/>
  <w15:docId w15:val="{9C9DCB1E-638C-48E0-8631-31E6B3195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DefaultParagraphFont1">
    <w:name w:val="Default Paragraph Font1"/>
    <w:rsid w:val="00086B61"/>
    <w:rPr>
      <w:rFonts w:ascii="Calibri" w:eastAsia="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31084C9C1CD074D98F41124E5AF338C" ma:contentTypeVersion="18" ma:contentTypeDescription="Create a new document." ma:contentTypeScope="" ma:versionID="bd2f0061a58c2b98c78a649637bc2a8c">
  <xsd:schema xmlns:xsd="http://www.w3.org/2001/XMLSchema" xmlns:xs="http://www.w3.org/2001/XMLSchema" xmlns:p="http://schemas.microsoft.com/office/2006/metadata/properties" xmlns:ns2="20a00858-f1ba-4594-a465-7000594ad36c" xmlns:ns3="b1a28d94-193a-4e43-8ba2-b41cb1befa40" targetNamespace="http://schemas.microsoft.com/office/2006/metadata/properties" ma:root="true" ma:fieldsID="b90f174de7452583dcd12991ed7b226b" ns2:_="" ns3:_="">
    <xsd:import namespace="20a00858-f1ba-4594-a465-7000594ad36c"/>
    <xsd:import namespace="b1a28d94-193a-4e43-8ba2-b41cb1befa4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a00858-f1ba-4594-a465-7000594ad3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90203d4-1844-4f12-927a-2d852f5ff6c2"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a28d94-193a-4e43-8ba2-b41cb1befa4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736c243-abc5-429f-924c-c3b545a06bb6}" ma:internalName="TaxCatchAll" ma:showField="CatchAllData" ma:web="b1a28d94-193a-4e43-8ba2-b41cb1befa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0a00858-f1ba-4594-a465-7000594ad36c">
      <Terms xmlns="http://schemas.microsoft.com/office/infopath/2007/PartnerControls"/>
    </lcf76f155ced4ddcb4097134ff3c332f>
    <TaxCatchAll xmlns="b1a28d94-193a-4e43-8ba2-b41cb1befa40" xsi:nil="true"/>
  </documentManagement>
</p:properties>
</file>

<file path=customXml/itemProps1.xml><?xml version="1.0" encoding="utf-8"?>
<ds:datastoreItem xmlns:ds="http://schemas.openxmlformats.org/officeDocument/2006/customXml" ds:itemID="{49F166D9-66C3-40CE-8ED0-CE63293E7C9F}">
  <ds:schemaRefs>
    <ds:schemaRef ds:uri="http://schemas.microsoft.com/sharepoint/v3/contenttype/forms"/>
  </ds:schemaRefs>
</ds:datastoreItem>
</file>

<file path=customXml/itemProps2.xml><?xml version="1.0" encoding="utf-8"?>
<ds:datastoreItem xmlns:ds="http://schemas.openxmlformats.org/officeDocument/2006/customXml" ds:itemID="{8A212589-8A85-4CA0-AFEA-2B3AA2664F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a00858-f1ba-4594-a465-7000594ad36c"/>
    <ds:schemaRef ds:uri="b1a28d94-193a-4e43-8ba2-b41cb1befa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96F702DC-89B7-408F-9338-148176E20905}">
  <ds:schemaRefs>
    <ds:schemaRef ds:uri="http://schemas.microsoft.com/office/2006/metadata/properties"/>
    <ds:schemaRef ds:uri="http://schemas.microsoft.com/office/infopath/2007/PartnerControls"/>
    <ds:schemaRef ds:uri="20a00858-f1ba-4594-a465-7000594ad36c"/>
    <ds:schemaRef ds:uri="b1a28d94-193a-4e43-8ba2-b41cb1befa40"/>
  </ds:schemaRefs>
</ds:datastoreItem>
</file>

<file path=docProps/app.xml><?xml version="1.0" encoding="utf-8"?>
<Properties xmlns="http://schemas.openxmlformats.org/officeDocument/2006/extended-properties" xmlns:vt="http://schemas.openxmlformats.org/officeDocument/2006/docPropsVTypes">
  <Template>Normal</Template>
  <TotalTime>2101</TotalTime>
  <Pages>1</Pages>
  <Words>675</Words>
  <Characters>3848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generated by python-docx</dc:description>
  <cp:lastModifiedBy>admin</cp:lastModifiedBy>
  <cp:revision>33</cp:revision>
  <cp:lastPrinted>2026-08-27T17:33:00Z</cp:lastPrinted>
  <dcterms:created xsi:type="dcterms:W3CDTF">2026-07-24T21:41:00Z</dcterms:created>
  <dcterms:modified xsi:type="dcterms:W3CDTF">2026-09-23T14:27:00Z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0x010100C31084C9C1CD074D98F41124E5AF338C</vt:lpwstr>
  </property>
</Properties>
</file>